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4F46" w14:textId="77777777" w:rsidR="00343C67" w:rsidRDefault="00D775A7">
      <w:pPr>
        <w:jc w:val="center"/>
      </w:pPr>
      <w:r>
        <w:rPr>
          <w:b/>
          <w:sz w:val="60"/>
        </w:rPr>
        <w:br/>
      </w:r>
      <w:r>
        <w:rPr>
          <w:b/>
          <w:sz w:val="60"/>
        </w:rPr>
        <w:br/>
        <w:t>ROSS WALK HOUSING COOPERATIVE</w:t>
      </w:r>
    </w:p>
    <w:p w14:paraId="2157E9AD" w14:textId="77777777" w:rsidR="00343C67" w:rsidRDefault="00D775A7">
      <w:pPr>
        <w:jc w:val="center"/>
      </w:pPr>
      <w:r>
        <w:rPr>
          <w:b/>
          <w:sz w:val="46"/>
        </w:rPr>
        <w:t>ASSET MANAGEMENT STRATEGY</w:t>
      </w:r>
    </w:p>
    <w:p w14:paraId="44AC62FF" w14:textId="77777777" w:rsidR="00343C67" w:rsidRDefault="00D775A7">
      <w:pPr>
        <w:jc w:val="center"/>
      </w:pPr>
      <w:r>
        <w:rPr>
          <w:b/>
          <w:sz w:val="40"/>
        </w:rPr>
        <w:t>2026–2031</w:t>
      </w:r>
    </w:p>
    <w:p w14:paraId="245E9F9D" w14:textId="77777777" w:rsidR="00343C67" w:rsidRDefault="00D775A7">
      <w:pPr>
        <w:jc w:val="center"/>
      </w:pPr>
      <w:r>
        <w:br/>
        <w:t>Safe • Decent • Warm • Sustainable • Fit for the Future</w:t>
      </w:r>
    </w:p>
    <w:p w14:paraId="5D1E0EBE" w14:textId="77777777" w:rsidR="00343C67" w:rsidRDefault="00D775A7">
      <w:pPr>
        <w:jc w:val="center"/>
      </w:pPr>
      <w:r>
        <w:br/>
        <w:t>Prepared for: Ross Walk Housing Cooperative Management Committee</w:t>
      </w:r>
      <w:r>
        <w:br/>
        <w:t>Managing Agent: PA Housing</w:t>
      </w:r>
      <w:r>
        <w:br/>
        <w:t>Strategy period: 2026–2031</w:t>
      </w:r>
      <w:r>
        <w:br/>
        <w:t>Review: Annually</w:t>
      </w:r>
    </w:p>
    <w:p w14:paraId="65287E84" w14:textId="77777777" w:rsidR="00343C67" w:rsidRDefault="00343C67"/>
    <w:p w14:paraId="6A875640" w14:textId="77777777" w:rsidR="00AE4F23" w:rsidRDefault="00AE4F23"/>
    <w:p w14:paraId="03360F12" w14:textId="77777777" w:rsidR="00AE4F23" w:rsidRDefault="00AE4F23"/>
    <w:p w14:paraId="57206DB5" w14:textId="77777777" w:rsidR="00AE4F23" w:rsidRDefault="00AE4F23"/>
    <w:p w14:paraId="12CA2BB0" w14:textId="77777777" w:rsidR="00AE4F23" w:rsidRDefault="00AE4F23"/>
    <w:p w14:paraId="5E4A8AC7" w14:textId="77777777" w:rsidR="00AE4F23" w:rsidRDefault="00AE4F23"/>
    <w:p w14:paraId="5A8A8616" w14:textId="77777777" w:rsidR="00AE4F23" w:rsidRDefault="00AE4F23"/>
    <w:p w14:paraId="2A75ECD9" w14:textId="77777777" w:rsidR="00AE4F23" w:rsidRDefault="00AE4F23"/>
    <w:p w14:paraId="2C5778F9" w14:textId="77777777" w:rsidR="00AE4F23" w:rsidRDefault="00AE4F23"/>
    <w:p w14:paraId="5A1AB78F" w14:textId="77777777" w:rsidR="00AE4F23" w:rsidRDefault="00AE4F23"/>
    <w:p w14:paraId="0D745A1C" w14:textId="77777777" w:rsidR="00AE4F23" w:rsidRDefault="00AE4F23"/>
    <w:p w14:paraId="11FEEB5B" w14:textId="77777777" w:rsidR="00AE4F23" w:rsidRDefault="00AE4F23"/>
    <w:p w14:paraId="06725691" w14:textId="77777777" w:rsidR="00AE4F23" w:rsidRDefault="00AE4F23"/>
    <w:p w14:paraId="34D3355C" w14:textId="77777777" w:rsidR="00AE4F23" w:rsidRDefault="00AE4F23"/>
    <w:p w14:paraId="5A3F37C5" w14:textId="77777777" w:rsidR="00AE4F23" w:rsidRDefault="00AE4F23"/>
    <w:p w14:paraId="5D8A7295" w14:textId="77777777" w:rsidR="00343C67" w:rsidRDefault="00D775A7">
      <w:pPr>
        <w:pStyle w:val="Title"/>
      </w:pPr>
      <w:r>
        <w:t>Contents</w:t>
      </w:r>
    </w:p>
    <w:p w14:paraId="235A95CC" w14:textId="77777777" w:rsidR="00343C67" w:rsidRDefault="00D775A7">
      <w:r>
        <w:t>1. Executive Summary</w:t>
      </w:r>
    </w:p>
    <w:p w14:paraId="65317A84" w14:textId="77777777" w:rsidR="00343C67" w:rsidRDefault="00D775A7">
      <w:r>
        <w:t>2. Strategic Context</w:t>
      </w:r>
    </w:p>
    <w:p w14:paraId="3635F7C4" w14:textId="77777777" w:rsidR="00343C67" w:rsidRDefault="00D775A7">
      <w:r>
        <w:t>3. Vision</w:t>
      </w:r>
    </w:p>
    <w:p w14:paraId="4F6EDD90" w14:textId="77777777" w:rsidR="00343C67" w:rsidRDefault="00D775A7">
      <w:r>
        <w:t>4. Strategic Objectives</w:t>
      </w:r>
    </w:p>
    <w:p w14:paraId="6B36C277" w14:textId="77777777" w:rsidR="00343C67" w:rsidRDefault="00D775A7">
      <w:r>
        <w:t>5. Resident Safety and Compliance</w:t>
      </w:r>
    </w:p>
    <w:p w14:paraId="2ECF3150" w14:textId="77777777" w:rsidR="00343C67" w:rsidRDefault="00D775A7">
      <w:r>
        <w:t>6. Awaab's Law</w:t>
      </w:r>
    </w:p>
    <w:p w14:paraId="5DA39B0F" w14:textId="77777777" w:rsidR="00343C67" w:rsidRDefault="00D775A7">
      <w:r>
        <w:t>7. Decent Homes</w:t>
      </w:r>
    </w:p>
    <w:p w14:paraId="688075D9" w14:textId="77777777" w:rsidR="00343C67" w:rsidRDefault="00D775A7">
      <w:r>
        <w:t>8. Energy Efficiency and MEES Trajectory</w:t>
      </w:r>
    </w:p>
    <w:p w14:paraId="2335F926" w14:textId="77777777" w:rsidR="00343C67" w:rsidRDefault="00D775A7">
      <w:r>
        <w:t>9. Ageing Stock and Lifecycle Management</w:t>
      </w:r>
    </w:p>
    <w:p w14:paraId="68A3EF2F" w14:textId="77777777" w:rsidR="00343C67" w:rsidRDefault="00D775A7">
      <w:r>
        <w:t>10. Repairs Strategy</w:t>
      </w:r>
    </w:p>
    <w:p w14:paraId="741BC9BE" w14:textId="77777777" w:rsidR="00343C67" w:rsidRDefault="00D775A7">
      <w:r>
        <w:t>11. Stock Condition and Asset Data</w:t>
      </w:r>
    </w:p>
    <w:p w14:paraId="69177EE6" w14:textId="77777777" w:rsidR="00343C67" w:rsidRDefault="00D775A7">
      <w:r>
        <w:t>12. Investment Priorities</w:t>
      </w:r>
    </w:p>
    <w:p w14:paraId="456C2794" w14:textId="77777777" w:rsidR="00343C67" w:rsidRDefault="00D775A7">
      <w:r>
        <w:t>13. Financial Strategy</w:t>
      </w:r>
    </w:p>
    <w:p w14:paraId="6137336D" w14:textId="77777777" w:rsidR="00343C67" w:rsidRDefault="00D775A7">
      <w:r>
        <w:t>14. Resident Involvement</w:t>
      </w:r>
    </w:p>
    <w:p w14:paraId="1DBCD48F" w14:textId="77777777" w:rsidR="00343C67" w:rsidRDefault="00D775A7">
      <w:r>
        <w:t>15. Asset Management Risk</w:t>
      </w:r>
    </w:p>
    <w:p w14:paraId="7033445E" w14:textId="77777777" w:rsidR="00343C67" w:rsidRDefault="00D775A7">
      <w:r>
        <w:t>16. Governance and Accountability</w:t>
      </w:r>
    </w:p>
    <w:p w14:paraId="79D2C2DB" w14:textId="77777777" w:rsidR="00343C67" w:rsidRDefault="00D775A7">
      <w:r>
        <w:t>17. Five-Year Delivery Plan</w:t>
      </w:r>
    </w:p>
    <w:p w14:paraId="258A3D60" w14:textId="77777777" w:rsidR="00343C67" w:rsidRDefault="00D775A7">
      <w:r>
        <w:t>18. RAG Action Plan</w:t>
      </w:r>
    </w:p>
    <w:p w14:paraId="4361626B" w14:textId="77777777" w:rsidR="00343C67" w:rsidRDefault="00D775A7">
      <w:r>
        <w:t>19. Asset Management KPI Dashboard</w:t>
      </w:r>
    </w:p>
    <w:p w14:paraId="0A0974D9" w14:textId="77777777" w:rsidR="00343C67" w:rsidRDefault="00D775A7">
      <w:r>
        <w:t>20. Five-Year Investment Programme</w:t>
      </w:r>
    </w:p>
    <w:p w14:paraId="27D4515F" w14:textId="77777777" w:rsidR="00343C67" w:rsidRDefault="00D775A7">
      <w:r>
        <w:t>21. Annual Review</w:t>
      </w:r>
    </w:p>
    <w:p w14:paraId="17426741" w14:textId="77777777" w:rsidR="00343C67" w:rsidRDefault="00D775A7">
      <w:r>
        <w:t>22. Conclusion</w:t>
      </w:r>
    </w:p>
    <w:p w14:paraId="697FF5DD" w14:textId="77777777" w:rsidR="00343C67" w:rsidRDefault="00D775A7">
      <w:r>
        <w:rPr>
          <w:b/>
        </w:rPr>
        <w:t>Page numbers can be refreshed in Microsoft Word after final layout changes.</w:t>
      </w:r>
    </w:p>
    <w:p w14:paraId="6D080389" w14:textId="77777777" w:rsidR="00343C67" w:rsidRDefault="00343C67"/>
    <w:p w14:paraId="677CA052" w14:textId="77777777" w:rsidR="00343C67" w:rsidRDefault="00D775A7">
      <w:pPr>
        <w:pStyle w:val="Heading1"/>
      </w:pPr>
      <w:r>
        <w:lastRenderedPageBreak/>
        <w:t>1. Executive Summary</w:t>
      </w:r>
    </w:p>
    <w:p w14:paraId="331F45E1" w14:textId="1DF0F4E4" w:rsidR="00343C67" w:rsidRDefault="00D775A7">
      <w:r>
        <w:t>Ross Walk Housing Cooperative owns and manages houses let as social housing. Its principal asset management challenge is the ageing nature of the housing stock and the associated increasing demand for repairs and investment. This strategy establishes a five-year approach to maintaining, improving and investing in the stock, prioritising resident safety, Awaab's Law, Decent Homes, energy efficiency and component lifecycle management.</w:t>
      </w:r>
    </w:p>
    <w:p w14:paraId="51C88548" w14:textId="77777777" w:rsidR="00343C67" w:rsidRDefault="00D775A7">
      <w:pPr>
        <w:pStyle w:val="Heading1"/>
      </w:pPr>
      <w:r>
        <w:t>2. Strategic Context</w:t>
      </w:r>
    </w:p>
    <w:p w14:paraId="14ADEC02" w14:textId="77777777" w:rsidR="00343C67" w:rsidRDefault="00D775A7">
      <w:r>
        <w:t>Ross Walk Housing Cooperative's asset management arrangements must reflect the social housing regulatory environment and the Cooperative's responsibility to provide safe, decent and sustainable homes. Awaab's Law is a key driver. Energy efficiency is also a strategic priority; Ross Walk Housing Cooperative will use improved EPC performance and a long-term MEES-aligned trajectory as an internal investment objective, while recognising that private rented sector MEES requirements should not simply be treated as directly applying to social housing.</w:t>
      </w:r>
    </w:p>
    <w:p w14:paraId="6F43BBD3" w14:textId="77777777" w:rsidR="00343C67" w:rsidRDefault="00D775A7">
      <w:pPr>
        <w:pStyle w:val="Heading1"/>
      </w:pPr>
      <w:r>
        <w:t>3. Vision</w:t>
      </w:r>
    </w:p>
    <w:p w14:paraId="14898936" w14:textId="77777777" w:rsidR="00343C67" w:rsidRDefault="00D775A7">
      <w:r>
        <w:rPr>
          <w:b/>
        </w:rPr>
        <w:t>Safe, decent, sustainable homes that residents are proud to live in.</w:t>
      </w:r>
    </w:p>
    <w:p w14:paraId="7B61A452" w14:textId="77777777" w:rsidR="00343C67" w:rsidRDefault="00D775A7">
      <w:pPr>
        <w:pStyle w:val="Heading1"/>
      </w:pPr>
      <w:r>
        <w:t>4. Strategic Objectives</w:t>
      </w:r>
    </w:p>
    <w:p w14:paraId="6BE9D778" w14:textId="77777777" w:rsidR="00343C67" w:rsidRDefault="00D775A7">
      <w:r>
        <w:t>Ross Walk Housing Cooperative will: keep residents safe; meet Awaab's Law requirements; maintain Decent Homes standards; improve energy efficiency; manage ageing stock through lifecycle planning; reduce avoidable repeat repairs; and develop reliable asset data to support evidence-based investment decisions.</w:t>
      </w:r>
    </w:p>
    <w:p w14:paraId="04FC1633" w14:textId="77777777" w:rsidR="00343C67" w:rsidRDefault="00D775A7">
      <w:pPr>
        <w:pStyle w:val="Heading1"/>
      </w:pPr>
      <w:r>
        <w:t>5. Resident Safety and Compliance</w:t>
      </w:r>
    </w:p>
    <w:p w14:paraId="55EC62E4" w14:textId="77777777" w:rsidR="00343C67" w:rsidRDefault="00D775A7">
      <w:r>
        <w:t>Maintain effective programmes covering fire, electrical, gas/heating, asbestos, water safety, structural safety and other relevant hazards. Target: 100% compliance, with any access or exceptional cases actively managed and reported.</w:t>
      </w:r>
    </w:p>
    <w:p w14:paraId="689A9FCA" w14:textId="77777777" w:rsidR="00343C67" w:rsidRDefault="00D775A7">
      <w:pPr>
        <w:pStyle w:val="Heading1"/>
      </w:pPr>
      <w:r>
        <w:t>6. Awaab's Law</w:t>
      </w:r>
    </w:p>
    <w:p w14:paraId="0EF0F5DB" w14:textId="77777777" w:rsidR="00343C67" w:rsidRDefault="00D775A7">
      <w:r>
        <w:t>Cases involving damp, mould and other prescribed hazards will be recorded, triaged, investigated, risk assessed, made safe and followed through to completion. Cosmetic treatment alone will not be regarded as adequate where an underlying building defect remains.</w:t>
      </w:r>
    </w:p>
    <w:p w14:paraId="4D14947F" w14:textId="77777777" w:rsidR="00343C67" w:rsidRDefault="00D775A7">
      <w:pPr>
        <w:pStyle w:val="Heading1"/>
      </w:pPr>
      <w:r>
        <w:t>7. Decent Homes</w:t>
      </w:r>
    </w:p>
    <w:p w14:paraId="29919FFC" w14:textId="77777777" w:rsidR="00343C67" w:rsidRDefault="00D775A7">
      <w:r>
        <w:t>Ross Walk Housing Cooperative will identify homes at risk of falling below the applicable Decent Homes requirements before failure occurs. Investment decisions will consider current condition and remaining useful life.</w:t>
      </w:r>
    </w:p>
    <w:p w14:paraId="52B343D6" w14:textId="77777777" w:rsidR="00343C67" w:rsidRDefault="00D775A7">
      <w:pPr>
        <w:pStyle w:val="Heading1"/>
      </w:pPr>
      <w:r>
        <w:lastRenderedPageBreak/>
        <w:t>8. Energy Efficiency and MEES Trajectory</w:t>
      </w:r>
    </w:p>
    <w:p w14:paraId="423E58E9" w14:textId="77777777" w:rsidR="00343C67" w:rsidRDefault="00D775A7">
      <w:r>
        <w:t>Maintain an EPC baseline and prioritise poorer-performing homes. Consider insulation, heating, ventilation, windows, doors and other fabric-first measures. Monitor government requirements affecting social housing energy performance.</w:t>
      </w:r>
    </w:p>
    <w:p w14:paraId="6CE5B942" w14:textId="77777777" w:rsidR="00343C67" w:rsidRDefault="00D775A7">
      <w:pPr>
        <w:pStyle w:val="Heading1"/>
      </w:pPr>
      <w:r>
        <w:t>9. Ageing Stock and Lifecycle Management</w:t>
      </w:r>
    </w:p>
    <w:p w14:paraId="44011848" w14:textId="77777777" w:rsidR="00343C67" w:rsidRDefault="00D775A7">
      <w:r>
        <w:t>Major components will be monitored by condition, expected lifecycle and actual performance. A 30-year stock investment plan will be developed and updated annually.</w:t>
      </w:r>
    </w:p>
    <w:p w14:paraId="790D4D02" w14:textId="77777777" w:rsidR="00343C67" w:rsidRDefault="00D775A7">
      <w:pPr>
        <w:pStyle w:val="Heading1"/>
      </w:pPr>
      <w:r>
        <w:t>10. Repairs Strategy</w:t>
      </w:r>
    </w:p>
    <w:p w14:paraId="0E50312D" w14:textId="77777777" w:rsidR="00343C67" w:rsidRDefault="00D775A7">
      <w:r>
        <w:t>Repairs will be managed through emergency/safety, responsive and planned categories. Repeat repairs, high-cost properties and recurring defects will be analysed. Where a component has reached the end of its useful life, planned replacement will be considered against repeated repair.</w:t>
      </w:r>
    </w:p>
    <w:p w14:paraId="357B511B" w14:textId="77777777" w:rsidR="00343C67" w:rsidRDefault="00D775A7">
      <w:pPr>
        <w:pStyle w:val="Heading1"/>
      </w:pPr>
      <w:r>
        <w:t>11. Stock Condition and Asset Data</w:t>
      </w:r>
    </w:p>
    <w:p w14:paraId="56E356C5" w14:textId="77777777" w:rsidR="00343C67" w:rsidRDefault="00D775A7">
      <w:r>
        <w:t>The asset register should include property type, age, EPC, heating, roof, windows, kitchens, bathrooms, electrical information, major component condition, repairs history, damp/mould history, compliance information and planned works.</w:t>
      </w:r>
    </w:p>
    <w:p w14:paraId="6A8494DD" w14:textId="77777777" w:rsidR="00343C67" w:rsidRDefault="00D775A7">
      <w:pPr>
        <w:pStyle w:val="Heading1"/>
      </w:pPr>
      <w:r>
        <w:t>12. Investment Priorities</w:t>
      </w:r>
    </w:p>
    <w:p w14:paraId="7B4FBF31" w14:textId="77777777" w:rsidR="00343C67" w:rsidRDefault="00D775A7">
      <w:r>
        <w:t>Priority 1: resident safety and legal compliance. Priority 2: Decent Homes and property condition. Priority 3: preventative investment. Priority 4: energy efficiency. Priority 5: environmental and community improvements.</w:t>
      </w:r>
    </w:p>
    <w:p w14:paraId="3D66C3FF" w14:textId="77777777" w:rsidR="00343C67" w:rsidRDefault="00D775A7">
      <w:pPr>
        <w:pStyle w:val="Heading1"/>
      </w:pPr>
      <w:r>
        <w:t>13. Financial Strategy</w:t>
      </w:r>
    </w:p>
    <w:p w14:paraId="2A79D798" w14:textId="77777777" w:rsidR="00343C67" w:rsidRDefault="00D775A7">
      <w:r>
        <w:t>Maintain annual budgets, a five-year investment programme and a 30-year forecast. Major works business cases should consider capital cost, maintenance cost, expected life, resident impact, regulatory implications, funding and value for money.</w:t>
      </w:r>
    </w:p>
    <w:p w14:paraId="1F50A069" w14:textId="77777777" w:rsidR="00343C67" w:rsidRDefault="00D775A7">
      <w:pPr>
        <w:pStyle w:val="Heading1"/>
      </w:pPr>
      <w:r>
        <w:t>14. Resident Involvement</w:t>
      </w:r>
    </w:p>
    <w:p w14:paraId="7326ACD7" w14:textId="5110A977" w:rsidR="00343C67" w:rsidRDefault="00D775A7">
      <w:r>
        <w:t xml:space="preserve">Residents will be involved, where appropriate, in major investment programmes, planned works, </w:t>
      </w:r>
      <w:r w:rsidR="00AE4F23">
        <w:t xml:space="preserve">area </w:t>
      </w:r>
      <w:r>
        <w:t xml:space="preserve"> improvements, repairs performance and energy efficiency initiatives. Feedback will inform service improvement.</w:t>
      </w:r>
    </w:p>
    <w:p w14:paraId="2DC1A5FF" w14:textId="77777777" w:rsidR="00343C67" w:rsidRDefault="00D775A7">
      <w:pPr>
        <w:pStyle w:val="Heading1"/>
      </w:pPr>
      <w:r>
        <w:t>15. Asset Management Risk</w:t>
      </w:r>
    </w:p>
    <w:p w14:paraId="790A0512" w14:textId="77777777" w:rsidR="00343C67" w:rsidRDefault="00D775A7">
      <w:r>
        <w:t>Principal risks include ageing stock, damp and mould, insufficient investment, poor asset data, energy inefficiency and uncontrolled reactive repairs. These will be maintained on a live asset management risk register.</w:t>
      </w:r>
    </w:p>
    <w:p w14:paraId="107170CA" w14:textId="77777777" w:rsidR="00343C67" w:rsidRDefault="00D775A7">
      <w:pPr>
        <w:pStyle w:val="Heading1"/>
      </w:pPr>
      <w:r>
        <w:lastRenderedPageBreak/>
        <w:t>16. Governance and Accountability</w:t>
      </w:r>
    </w:p>
    <w:p w14:paraId="6B00A290" w14:textId="77777777" w:rsidR="00343C67" w:rsidRDefault="00D775A7">
      <w:r>
        <w:t>The Management Committee retains overall responsibility for the Cooperative's assets. PA Housing, as managing agent, will support through repairs management, compliance information, professional advice and investment recommendations. The Committee will receive regular reporting.</w:t>
      </w:r>
    </w:p>
    <w:p w14:paraId="12695C76" w14:textId="77777777" w:rsidR="00343C67" w:rsidRDefault="00D775A7">
      <w:pPr>
        <w:pStyle w:val="Heading1"/>
      </w:pPr>
      <w:r>
        <w:t>17. Five-Year Delivery Plan</w:t>
      </w:r>
    </w:p>
    <w:tbl>
      <w:tblPr>
        <w:tblStyle w:val="TableGrid"/>
        <w:tblW w:w="0" w:type="auto"/>
        <w:jc w:val="center"/>
        <w:tblLook w:val="04A0" w:firstRow="1" w:lastRow="0" w:firstColumn="1" w:lastColumn="0" w:noHBand="0" w:noVBand="1"/>
      </w:tblPr>
      <w:tblGrid>
        <w:gridCol w:w="2480"/>
        <w:gridCol w:w="2482"/>
        <w:gridCol w:w="2482"/>
        <w:gridCol w:w="2482"/>
      </w:tblGrid>
      <w:tr w:rsidR="00343C67" w14:paraId="3961BB47" w14:textId="77777777">
        <w:trPr>
          <w:jc w:val="center"/>
        </w:trPr>
        <w:tc>
          <w:tcPr>
            <w:tcW w:w="2484" w:type="dxa"/>
            <w:shd w:val="clear" w:color="auto" w:fill="D9EAD3"/>
            <w:vAlign w:val="center"/>
          </w:tcPr>
          <w:p w14:paraId="6F0CCEF1" w14:textId="77777777" w:rsidR="00343C67" w:rsidRDefault="00D775A7">
            <w:r>
              <w:rPr>
                <w:b/>
                <w:sz w:val="18"/>
              </w:rPr>
              <w:t>Year</w:t>
            </w:r>
          </w:p>
        </w:tc>
        <w:tc>
          <w:tcPr>
            <w:tcW w:w="2484" w:type="dxa"/>
            <w:shd w:val="clear" w:color="auto" w:fill="D9EAD3"/>
            <w:vAlign w:val="center"/>
          </w:tcPr>
          <w:p w14:paraId="596BD69B" w14:textId="77777777" w:rsidR="00343C67" w:rsidRDefault="00D775A7">
            <w:r>
              <w:rPr>
                <w:b/>
                <w:sz w:val="18"/>
              </w:rPr>
              <w:t>Theme</w:t>
            </w:r>
          </w:p>
        </w:tc>
        <w:tc>
          <w:tcPr>
            <w:tcW w:w="2484" w:type="dxa"/>
            <w:shd w:val="clear" w:color="auto" w:fill="D9EAD3"/>
            <w:vAlign w:val="center"/>
          </w:tcPr>
          <w:p w14:paraId="1914D73F" w14:textId="77777777" w:rsidR="00343C67" w:rsidRDefault="00D775A7">
            <w:r>
              <w:rPr>
                <w:b/>
                <w:sz w:val="18"/>
              </w:rPr>
              <w:t>Key actions</w:t>
            </w:r>
          </w:p>
        </w:tc>
        <w:tc>
          <w:tcPr>
            <w:tcW w:w="2484" w:type="dxa"/>
            <w:shd w:val="clear" w:color="auto" w:fill="D9EAD3"/>
            <w:vAlign w:val="center"/>
          </w:tcPr>
          <w:p w14:paraId="4F9244AF" w14:textId="77777777" w:rsidR="00343C67" w:rsidRDefault="00D775A7">
            <w:r>
              <w:rPr>
                <w:b/>
                <w:sz w:val="18"/>
              </w:rPr>
              <w:t>Expected outcome</w:t>
            </w:r>
          </w:p>
        </w:tc>
      </w:tr>
      <w:tr w:rsidR="00343C67" w14:paraId="5CEF7D2F" w14:textId="77777777">
        <w:trPr>
          <w:jc w:val="center"/>
        </w:trPr>
        <w:tc>
          <w:tcPr>
            <w:tcW w:w="2484" w:type="dxa"/>
            <w:vAlign w:val="center"/>
          </w:tcPr>
          <w:p w14:paraId="755A5421" w14:textId="77777777" w:rsidR="00343C67" w:rsidRDefault="00D775A7">
            <w:r>
              <w:rPr>
                <w:sz w:val="17"/>
              </w:rPr>
              <w:t>2026/27</w:t>
            </w:r>
          </w:p>
        </w:tc>
        <w:tc>
          <w:tcPr>
            <w:tcW w:w="2484" w:type="dxa"/>
            <w:vAlign w:val="center"/>
          </w:tcPr>
          <w:p w14:paraId="255A5ED1" w14:textId="77777777" w:rsidR="00343C67" w:rsidRDefault="00D775A7">
            <w:r>
              <w:rPr>
                <w:sz w:val="17"/>
              </w:rPr>
              <w:t>Establish baseline</w:t>
            </w:r>
          </w:p>
        </w:tc>
        <w:tc>
          <w:tcPr>
            <w:tcW w:w="2484" w:type="dxa"/>
            <w:vAlign w:val="center"/>
          </w:tcPr>
          <w:p w14:paraId="16F42FE6" w14:textId="77777777" w:rsidR="00343C67" w:rsidRDefault="00D775A7">
            <w:r>
              <w:rPr>
                <w:sz w:val="17"/>
              </w:rPr>
              <w:t>Asset register; stock condition; repair-demand review; Awaab's Law, EPC and Decent Homes baselines; 5-year programme; 30-year plan.</w:t>
            </w:r>
          </w:p>
        </w:tc>
        <w:tc>
          <w:tcPr>
            <w:tcW w:w="2484" w:type="dxa"/>
            <w:vAlign w:val="center"/>
          </w:tcPr>
          <w:p w14:paraId="30DE5855" w14:textId="77777777" w:rsidR="00343C67" w:rsidRDefault="00D775A7">
            <w:r>
              <w:rPr>
                <w:sz w:val="17"/>
              </w:rPr>
              <w:t>Clear evidence base.</w:t>
            </w:r>
          </w:p>
        </w:tc>
      </w:tr>
      <w:tr w:rsidR="00343C67" w14:paraId="5F8ECCFB" w14:textId="77777777">
        <w:trPr>
          <w:jc w:val="center"/>
        </w:trPr>
        <w:tc>
          <w:tcPr>
            <w:tcW w:w="2484" w:type="dxa"/>
            <w:vAlign w:val="center"/>
          </w:tcPr>
          <w:p w14:paraId="6AA258C7" w14:textId="77777777" w:rsidR="00343C67" w:rsidRDefault="00D775A7">
            <w:r>
              <w:rPr>
                <w:sz w:val="17"/>
              </w:rPr>
              <w:t>2027/28</w:t>
            </w:r>
          </w:p>
        </w:tc>
        <w:tc>
          <w:tcPr>
            <w:tcW w:w="2484" w:type="dxa"/>
            <w:vAlign w:val="center"/>
          </w:tcPr>
          <w:p w14:paraId="7134A8ED" w14:textId="77777777" w:rsidR="00343C67" w:rsidRDefault="00D775A7">
            <w:r>
              <w:rPr>
                <w:sz w:val="17"/>
              </w:rPr>
              <w:t>Address high-risk stock</w:t>
            </w:r>
          </w:p>
        </w:tc>
        <w:tc>
          <w:tcPr>
            <w:tcW w:w="2484" w:type="dxa"/>
            <w:vAlign w:val="center"/>
          </w:tcPr>
          <w:p w14:paraId="0C4175C0" w14:textId="77777777" w:rsidR="00343C67" w:rsidRDefault="00D775A7">
            <w:r>
              <w:rPr>
                <w:sz w:val="17"/>
              </w:rPr>
              <w:t>Safety, Awaab's Law hazards, damp/mould, roofs, heating, electrical and structural issues.</w:t>
            </w:r>
          </w:p>
        </w:tc>
        <w:tc>
          <w:tcPr>
            <w:tcW w:w="2484" w:type="dxa"/>
            <w:vAlign w:val="center"/>
          </w:tcPr>
          <w:p w14:paraId="464EFEB9" w14:textId="77777777" w:rsidR="00343C67" w:rsidRDefault="00D775A7">
            <w:r>
              <w:rPr>
                <w:sz w:val="17"/>
              </w:rPr>
              <w:t>High-risk properties controlled.</w:t>
            </w:r>
          </w:p>
        </w:tc>
      </w:tr>
      <w:tr w:rsidR="00343C67" w14:paraId="45D7A12D" w14:textId="77777777">
        <w:trPr>
          <w:jc w:val="center"/>
        </w:trPr>
        <w:tc>
          <w:tcPr>
            <w:tcW w:w="2484" w:type="dxa"/>
            <w:vAlign w:val="center"/>
          </w:tcPr>
          <w:p w14:paraId="045AA7DB" w14:textId="77777777" w:rsidR="00343C67" w:rsidRDefault="00D775A7">
            <w:r>
              <w:rPr>
                <w:sz w:val="17"/>
              </w:rPr>
              <w:t>2028/29</w:t>
            </w:r>
          </w:p>
        </w:tc>
        <w:tc>
          <w:tcPr>
            <w:tcW w:w="2484" w:type="dxa"/>
            <w:vAlign w:val="center"/>
          </w:tcPr>
          <w:p w14:paraId="24E63AE7" w14:textId="77777777" w:rsidR="00343C67" w:rsidRDefault="00D775A7">
            <w:r>
              <w:rPr>
                <w:sz w:val="17"/>
              </w:rPr>
              <w:t>Increase planned investment</w:t>
            </w:r>
          </w:p>
        </w:tc>
        <w:tc>
          <w:tcPr>
            <w:tcW w:w="2484" w:type="dxa"/>
            <w:vAlign w:val="center"/>
          </w:tcPr>
          <w:p w14:paraId="2F6E6831" w14:textId="77777777" w:rsidR="00343C67" w:rsidRDefault="00D775A7">
            <w:r>
              <w:rPr>
                <w:sz w:val="17"/>
              </w:rPr>
              <w:t>Lifecycle replacement; preventative maintenance; target repeat repairs.</w:t>
            </w:r>
          </w:p>
        </w:tc>
        <w:tc>
          <w:tcPr>
            <w:tcW w:w="2484" w:type="dxa"/>
            <w:vAlign w:val="center"/>
          </w:tcPr>
          <w:p w14:paraId="399FE316" w14:textId="77777777" w:rsidR="00343C67" w:rsidRDefault="00D775A7">
            <w:r>
              <w:rPr>
                <w:sz w:val="17"/>
              </w:rPr>
              <w:t>Reduced repeat repairs and better cost control.</w:t>
            </w:r>
          </w:p>
        </w:tc>
      </w:tr>
      <w:tr w:rsidR="00343C67" w14:paraId="605C3BA9" w14:textId="77777777">
        <w:trPr>
          <w:jc w:val="center"/>
        </w:trPr>
        <w:tc>
          <w:tcPr>
            <w:tcW w:w="2484" w:type="dxa"/>
            <w:vAlign w:val="center"/>
          </w:tcPr>
          <w:p w14:paraId="7C4F218C" w14:textId="77777777" w:rsidR="00343C67" w:rsidRDefault="00D775A7">
            <w:r>
              <w:rPr>
                <w:sz w:val="17"/>
              </w:rPr>
              <w:t>2029/30</w:t>
            </w:r>
          </w:p>
        </w:tc>
        <w:tc>
          <w:tcPr>
            <w:tcW w:w="2484" w:type="dxa"/>
            <w:vAlign w:val="center"/>
          </w:tcPr>
          <w:p w14:paraId="02C6EEC6" w14:textId="77777777" w:rsidR="00343C67" w:rsidRDefault="00D775A7">
            <w:r>
              <w:rPr>
                <w:sz w:val="17"/>
              </w:rPr>
              <w:t>Energy and sustainability</w:t>
            </w:r>
          </w:p>
        </w:tc>
        <w:tc>
          <w:tcPr>
            <w:tcW w:w="2484" w:type="dxa"/>
            <w:vAlign w:val="center"/>
          </w:tcPr>
          <w:p w14:paraId="24C2DF99" w14:textId="77777777" w:rsidR="00343C67" w:rsidRDefault="00D775A7">
            <w:r>
              <w:rPr>
                <w:sz w:val="17"/>
              </w:rPr>
              <w:t>Poor EPC homes; insulation, heating, ventilation, windows/doors and appropriate renewable measures.</w:t>
            </w:r>
          </w:p>
        </w:tc>
        <w:tc>
          <w:tcPr>
            <w:tcW w:w="2484" w:type="dxa"/>
            <w:vAlign w:val="center"/>
          </w:tcPr>
          <w:p w14:paraId="6308B6DE" w14:textId="77777777" w:rsidR="00343C67" w:rsidRDefault="00D775A7">
            <w:r>
              <w:rPr>
                <w:sz w:val="17"/>
              </w:rPr>
              <w:t>Improved energy performance.</w:t>
            </w:r>
          </w:p>
        </w:tc>
      </w:tr>
      <w:tr w:rsidR="00343C67" w14:paraId="0CBFC0A1" w14:textId="77777777">
        <w:trPr>
          <w:jc w:val="center"/>
        </w:trPr>
        <w:tc>
          <w:tcPr>
            <w:tcW w:w="2484" w:type="dxa"/>
            <w:vAlign w:val="center"/>
          </w:tcPr>
          <w:p w14:paraId="4D69BA81" w14:textId="77777777" w:rsidR="00343C67" w:rsidRDefault="00D775A7">
            <w:r>
              <w:rPr>
                <w:sz w:val="17"/>
              </w:rPr>
              <w:t>2030/31</w:t>
            </w:r>
          </w:p>
        </w:tc>
        <w:tc>
          <w:tcPr>
            <w:tcW w:w="2484" w:type="dxa"/>
            <w:vAlign w:val="center"/>
          </w:tcPr>
          <w:p w14:paraId="6C24C738" w14:textId="77777777" w:rsidR="00343C67" w:rsidRDefault="00D775A7">
            <w:r>
              <w:rPr>
                <w:sz w:val="17"/>
              </w:rPr>
              <w:t>Review and renew</w:t>
            </w:r>
          </w:p>
        </w:tc>
        <w:tc>
          <w:tcPr>
            <w:tcW w:w="2484" w:type="dxa"/>
            <w:vAlign w:val="center"/>
          </w:tcPr>
          <w:p w14:paraId="59FB9FCF" w14:textId="77777777" w:rsidR="00343C67" w:rsidRDefault="00D775A7">
            <w:r>
              <w:rPr>
                <w:sz w:val="17"/>
              </w:rPr>
              <w:t>Evaluate outcomes, expenditure, compliance, repairs, EPCs and resident satisfaction.</w:t>
            </w:r>
          </w:p>
        </w:tc>
        <w:tc>
          <w:tcPr>
            <w:tcW w:w="2484" w:type="dxa"/>
            <w:vAlign w:val="center"/>
          </w:tcPr>
          <w:p w14:paraId="252EBAC4" w14:textId="77777777" w:rsidR="00343C67" w:rsidRDefault="00D775A7">
            <w:r>
              <w:rPr>
                <w:sz w:val="17"/>
              </w:rPr>
              <w:t>Updated 5-year and 30-year plans.</w:t>
            </w:r>
          </w:p>
        </w:tc>
      </w:tr>
    </w:tbl>
    <w:p w14:paraId="334DA8A5" w14:textId="77777777" w:rsidR="00343C67" w:rsidRDefault="00D775A7">
      <w:pPr>
        <w:pStyle w:val="Heading1"/>
      </w:pPr>
      <w:r>
        <w:t>18. RAG Action Plan</w:t>
      </w:r>
    </w:p>
    <w:tbl>
      <w:tblPr>
        <w:tblStyle w:val="TableGrid"/>
        <w:tblW w:w="0" w:type="auto"/>
        <w:jc w:val="center"/>
        <w:tblLook w:val="04A0" w:firstRow="1" w:lastRow="0" w:firstColumn="1" w:lastColumn="0" w:noHBand="0" w:noVBand="1"/>
      </w:tblPr>
      <w:tblGrid>
        <w:gridCol w:w="1986"/>
        <w:gridCol w:w="1985"/>
        <w:gridCol w:w="1985"/>
        <w:gridCol w:w="1985"/>
        <w:gridCol w:w="1985"/>
      </w:tblGrid>
      <w:tr w:rsidR="00343C67" w14:paraId="1E78E130" w14:textId="77777777">
        <w:trPr>
          <w:jc w:val="center"/>
        </w:trPr>
        <w:tc>
          <w:tcPr>
            <w:tcW w:w="1987" w:type="dxa"/>
            <w:shd w:val="clear" w:color="auto" w:fill="D9EAD3"/>
            <w:vAlign w:val="center"/>
          </w:tcPr>
          <w:p w14:paraId="454B98B5" w14:textId="77777777" w:rsidR="00343C67" w:rsidRDefault="00D775A7">
            <w:r>
              <w:rPr>
                <w:b/>
                <w:sz w:val="18"/>
              </w:rPr>
              <w:t>Action</w:t>
            </w:r>
          </w:p>
        </w:tc>
        <w:tc>
          <w:tcPr>
            <w:tcW w:w="1987" w:type="dxa"/>
            <w:shd w:val="clear" w:color="auto" w:fill="D9EAD3"/>
            <w:vAlign w:val="center"/>
          </w:tcPr>
          <w:p w14:paraId="002E3EA2" w14:textId="77777777" w:rsidR="00343C67" w:rsidRDefault="00D775A7">
            <w:r>
              <w:rPr>
                <w:b/>
                <w:sz w:val="18"/>
              </w:rPr>
              <w:t>Lead</w:t>
            </w:r>
          </w:p>
        </w:tc>
        <w:tc>
          <w:tcPr>
            <w:tcW w:w="1987" w:type="dxa"/>
            <w:shd w:val="clear" w:color="auto" w:fill="D9EAD3"/>
            <w:vAlign w:val="center"/>
          </w:tcPr>
          <w:p w14:paraId="09258F64" w14:textId="77777777" w:rsidR="00343C67" w:rsidRDefault="00D775A7">
            <w:r>
              <w:rPr>
                <w:b/>
                <w:sz w:val="18"/>
              </w:rPr>
              <w:t>Timescale</w:t>
            </w:r>
          </w:p>
        </w:tc>
        <w:tc>
          <w:tcPr>
            <w:tcW w:w="1987" w:type="dxa"/>
            <w:shd w:val="clear" w:color="auto" w:fill="D9EAD3"/>
            <w:vAlign w:val="center"/>
          </w:tcPr>
          <w:p w14:paraId="00FAAE33" w14:textId="77777777" w:rsidR="00343C67" w:rsidRDefault="00D775A7">
            <w:r>
              <w:rPr>
                <w:b/>
                <w:sz w:val="18"/>
              </w:rPr>
              <w:t>RAG</w:t>
            </w:r>
          </w:p>
        </w:tc>
        <w:tc>
          <w:tcPr>
            <w:tcW w:w="1987" w:type="dxa"/>
            <w:shd w:val="clear" w:color="auto" w:fill="D9EAD3"/>
            <w:vAlign w:val="center"/>
          </w:tcPr>
          <w:p w14:paraId="2BF9853B" w14:textId="77777777" w:rsidR="00343C67" w:rsidRDefault="00D775A7">
            <w:r>
              <w:rPr>
                <w:b/>
                <w:sz w:val="18"/>
              </w:rPr>
              <w:t>Success measure</w:t>
            </w:r>
          </w:p>
        </w:tc>
      </w:tr>
      <w:tr w:rsidR="00343C67" w14:paraId="11F6AA36" w14:textId="77777777">
        <w:trPr>
          <w:jc w:val="center"/>
        </w:trPr>
        <w:tc>
          <w:tcPr>
            <w:tcW w:w="1987" w:type="dxa"/>
            <w:vAlign w:val="center"/>
          </w:tcPr>
          <w:p w14:paraId="1E63A1BA" w14:textId="77777777" w:rsidR="00343C67" w:rsidRDefault="00D775A7">
            <w:r>
              <w:rPr>
                <w:sz w:val="17"/>
              </w:rPr>
              <w:t>Complete whole-stock asset register</w:t>
            </w:r>
          </w:p>
        </w:tc>
        <w:tc>
          <w:tcPr>
            <w:tcW w:w="1987" w:type="dxa"/>
            <w:vAlign w:val="center"/>
          </w:tcPr>
          <w:p w14:paraId="6F403000" w14:textId="1E1A9953" w:rsidR="00343C67" w:rsidRDefault="00D775A7">
            <w:r>
              <w:rPr>
                <w:sz w:val="17"/>
              </w:rPr>
              <w:t xml:space="preserve">PA Housing / </w:t>
            </w:r>
            <w:r w:rsidR="003A4CAB">
              <w:rPr>
                <w:sz w:val="17"/>
              </w:rPr>
              <w:t>Ross Walk</w:t>
            </w:r>
          </w:p>
        </w:tc>
        <w:tc>
          <w:tcPr>
            <w:tcW w:w="1987" w:type="dxa"/>
            <w:vAlign w:val="center"/>
          </w:tcPr>
          <w:p w14:paraId="0C7E66E1" w14:textId="05108942" w:rsidR="00343C67" w:rsidRDefault="00D775A7">
            <w:r>
              <w:rPr>
                <w:sz w:val="17"/>
              </w:rPr>
              <w:t>Q</w:t>
            </w:r>
            <w:r w:rsidR="00EA2E59">
              <w:rPr>
                <w:sz w:val="17"/>
              </w:rPr>
              <w:t>1</w:t>
            </w:r>
            <w:r>
              <w:rPr>
                <w:sz w:val="17"/>
              </w:rPr>
              <w:t xml:space="preserve"> 202</w:t>
            </w:r>
            <w:r w:rsidR="00EA2E59">
              <w:rPr>
                <w:sz w:val="17"/>
              </w:rPr>
              <w:t>7</w:t>
            </w:r>
            <w:r>
              <w:rPr>
                <w:sz w:val="17"/>
              </w:rPr>
              <w:t>/2</w:t>
            </w:r>
            <w:r w:rsidR="00EA2E59">
              <w:rPr>
                <w:sz w:val="17"/>
              </w:rPr>
              <w:t>8</w:t>
            </w:r>
          </w:p>
        </w:tc>
        <w:tc>
          <w:tcPr>
            <w:tcW w:w="1987" w:type="dxa"/>
            <w:vAlign w:val="center"/>
          </w:tcPr>
          <w:p w14:paraId="683D6CC6" w14:textId="77777777" w:rsidR="00343C67" w:rsidRDefault="00D775A7">
            <w:r>
              <w:rPr>
                <w:sz w:val="17"/>
              </w:rPr>
              <w:t>RED</w:t>
            </w:r>
          </w:p>
        </w:tc>
        <w:tc>
          <w:tcPr>
            <w:tcW w:w="1987" w:type="dxa"/>
            <w:vAlign w:val="center"/>
          </w:tcPr>
          <w:p w14:paraId="1782DA20" w14:textId="77777777" w:rsidR="00343C67" w:rsidRDefault="00D775A7">
            <w:r>
              <w:rPr>
                <w:sz w:val="17"/>
              </w:rPr>
              <w:t>100% properties recorded and validated</w:t>
            </w:r>
          </w:p>
        </w:tc>
      </w:tr>
      <w:tr w:rsidR="00343C67" w14:paraId="5BDF4572" w14:textId="77777777">
        <w:trPr>
          <w:jc w:val="center"/>
        </w:trPr>
        <w:tc>
          <w:tcPr>
            <w:tcW w:w="1987" w:type="dxa"/>
            <w:vAlign w:val="center"/>
          </w:tcPr>
          <w:p w14:paraId="3EEC9004" w14:textId="77777777" w:rsidR="00343C67" w:rsidRDefault="00D775A7">
            <w:r>
              <w:rPr>
                <w:sz w:val="17"/>
              </w:rPr>
              <w:t>Establish stock condition baseline</w:t>
            </w:r>
          </w:p>
        </w:tc>
        <w:tc>
          <w:tcPr>
            <w:tcW w:w="1987" w:type="dxa"/>
            <w:vAlign w:val="center"/>
          </w:tcPr>
          <w:p w14:paraId="145DBE5A" w14:textId="77777777" w:rsidR="00343C67" w:rsidRDefault="00D775A7">
            <w:r>
              <w:rPr>
                <w:sz w:val="17"/>
              </w:rPr>
              <w:t>PA Housing</w:t>
            </w:r>
          </w:p>
        </w:tc>
        <w:tc>
          <w:tcPr>
            <w:tcW w:w="1987" w:type="dxa"/>
            <w:vAlign w:val="center"/>
          </w:tcPr>
          <w:p w14:paraId="6B5C2E73" w14:textId="6379243E" w:rsidR="00343C67" w:rsidRDefault="00D775A7">
            <w:r>
              <w:rPr>
                <w:sz w:val="17"/>
              </w:rPr>
              <w:t>Q3 202</w:t>
            </w:r>
            <w:r w:rsidR="00EA2E59">
              <w:rPr>
                <w:sz w:val="17"/>
              </w:rPr>
              <w:t>7</w:t>
            </w:r>
            <w:r>
              <w:rPr>
                <w:sz w:val="17"/>
              </w:rPr>
              <w:t>/2</w:t>
            </w:r>
            <w:r w:rsidR="00EA2E59">
              <w:rPr>
                <w:sz w:val="17"/>
              </w:rPr>
              <w:t>8</w:t>
            </w:r>
          </w:p>
        </w:tc>
        <w:tc>
          <w:tcPr>
            <w:tcW w:w="1987" w:type="dxa"/>
            <w:vAlign w:val="center"/>
          </w:tcPr>
          <w:p w14:paraId="4A6EF4FA" w14:textId="77777777" w:rsidR="00343C67" w:rsidRDefault="00D775A7">
            <w:r>
              <w:rPr>
                <w:sz w:val="17"/>
              </w:rPr>
              <w:t>RED</w:t>
            </w:r>
          </w:p>
        </w:tc>
        <w:tc>
          <w:tcPr>
            <w:tcW w:w="1987" w:type="dxa"/>
            <w:vAlign w:val="center"/>
          </w:tcPr>
          <w:p w14:paraId="1DB8F6C2" w14:textId="77777777" w:rsidR="00343C67" w:rsidRDefault="00D775A7">
            <w:r>
              <w:rPr>
                <w:sz w:val="17"/>
              </w:rPr>
              <w:t>Condition data available</w:t>
            </w:r>
          </w:p>
        </w:tc>
      </w:tr>
      <w:tr w:rsidR="00343C67" w14:paraId="78D3501D" w14:textId="77777777">
        <w:trPr>
          <w:jc w:val="center"/>
        </w:trPr>
        <w:tc>
          <w:tcPr>
            <w:tcW w:w="1987" w:type="dxa"/>
            <w:vAlign w:val="center"/>
          </w:tcPr>
          <w:p w14:paraId="1F77FF82" w14:textId="77777777" w:rsidR="00343C67" w:rsidRDefault="00D775A7">
            <w:r>
              <w:rPr>
                <w:sz w:val="17"/>
              </w:rPr>
              <w:t>Awaab's Law readiness review</w:t>
            </w:r>
          </w:p>
        </w:tc>
        <w:tc>
          <w:tcPr>
            <w:tcW w:w="1987" w:type="dxa"/>
            <w:vAlign w:val="center"/>
          </w:tcPr>
          <w:p w14:paraId="5991D094" w14:textId="20EFB61C" w:rsidR="00343C67" w:rsidRDefault="00D775A7">
            <w:r>
              <w:rPr>
                <w:sz w:val="17"/>
              </w:rPr>
              <w:t xml:space="preserve">PA Housing / </w:t>
            </w:r>
            <w:r w:rsidR="003A4CAB">
              <w:rPr>
                <w:sz w:val="17"/>
              </w:rPr>
              <w:t>Ross Walk</w:t>
            </w:r>
          </w:p>
        </w:tc>
        <w:tc>
          <w:tcPr>
            <w:tcW w:w="1987" w:type="dxa"/>
            <w:vAlign w:val="center"/>
          </w:tcPr>
          <w:p w14:paraId="49FB9A01" w14:textId="77777777" w:rsidR="00343C67" w:rsidRDefault="00D775A7">
            <w:r>
              <w:rPr>
                <w:sz w:val="17"/>
              </w:rPr>
              <w:t>Q2 2026/27</w:t>
            </w:r>
          </w:p>
        </w:tc>
        <w:tc>
          <w:tcPr>
            <w:tcW w:w="1987" w:type="dxa"/>
            <w:vAlign w:val="center"/>
          </w:tcPr>
          <w:p w14:paraId="544FE2D7" w14:textId="77777777" w:rsidR="00343C67" w:rsidRDefault="00D775A7">
            <w:r>
              <w:rPr>
                <w:sz w:val="17"/>
              </w:rPr>
              <w:t>RED</w:t>
            </w:r>
          </w:p>
        </w:tc>
        <w:tc>
          <w:tcPr>
            <w:tcW w:w="1987" w:type="dxa"/>
            <w:vAlign w:val="center"/>
          </w:tcPr>
          <w:p w14:paraId="17BE4114" w14:textId="77777777" w:rsidR="00343C67" w:rsidRDefault="00D775A7">
            <w:r>
              <w:rPr>
                <w:sz w:val="17"/>
              </w:rPr>
              <w:t>Process tested and monitored</w:t>
            </w:r>
          </w:p>
        </w:tc>
      </w:tr>
      <w:tr w:rsidR="00343C67" w14:paraId="6D01A9D0" w14:textId="77777777">
        <w:trPr>
          <w:jc w:val="center"/>
        </w:trPr>
        <w:tc>
          <w:tcPr>
            <w:tcW w:w="1987" w:type="dxa"/>
            <w:vAlign w:val="center"/>
          </w:tcPr>
          <w:p w14:paraId="5DB55D0C" w14:textId="77777777" w:rsidR="00343C67" w:rsidRDefault="00D775A7">
            <w:r>
              <w:rPr>
                <w:sz w:val="17"/>
              </w:rPr>
              <w:t>Identify high-risk damp/mould cases</w:t>
            </w:r>
          </w:p>
        </w:tc>
        <w:tc>
          <w:tcPr>
            <w:tcW w:w="1987" w:type="dxa"/>
            <w:vAlign w:val="center"/>
          </w:tcPr>
          <w:p w14:paraId="11BF8096" w14:textId="77777777" w:rsidR="00343C67" w:rsidRDefault="00D775A7">
            <w:r>
              <w:rPr>
                <w:sz w:val="17"/>
              </w:rPr>
              <w:t>Repairs / Housing</w:t>
            </w:r>
          </w:p>
        </w:tc>
        <w:tc>
          <w:tcPr>
            <w:tcW w:w="1987" w:type="dxa"/>
            <w:vAlign w:val="center"/>
          </w:tcPr>
          <w:p w14:paraId="7AB4AB31" w14:textId="77777777" w:rsidR="00343C67" w:rsidRDefault="00D775A7">
            <w:r>
              <w:rPr>
                <w:sz w:val="17"/>
              </w:rPr>
              <w:t>Q2 2026/27</w:t>
            </w:r>
          </w:p>
        </w:tc>
        <w:tc>
          <w:tcPr>
            <w:tcW w:w="1987" w:type="dxa"/>
            <w:vAlign w:val="center"/>
          </w:tcPr>
          <w:p w14:paraId="0018798E" w14:textId="77777777" w:rsidR="00343C67" w:rsidRDefault="00D775A7">
            <w:r>
              <w:rPr>
                <w:sz w:val="17"/>
              </w:rPr>
              <w:t>RED</w:t>
            </w:r>
          </w:p>
        </w:tc>
        <w:tc>
          <w:tcPr>
            <w:tcW w:w="1987" w:type="dxa"/>
            <w:vAlign w:val="center"/>
          </w:tcPr>
          <w:p w14:paraId="45FBEEB7" w14:textId="77777777" w:rsidR="00343C67" w:rsidRDefault="00D775A7">
            <w:r>
              <w:rPr>
                <w:sz w:val="17"/>
              </w:rPr>
              <w:t>All cases risk assessed and tracked</w:t>
            </w:r>
          </w:p>
        </w:tc>
      </w:tr>
      <w:tr w:rsidR="00343C67" w14:paraId="187CC88A" w14:textId="77777777">
        <w:trPr>
          <w:jc w:val="center"/>
        </w:trPr>
        <w:tc>
          <w:tcPr>
            <w:tcW w:w="1987" w:type="dxa"/>
            <w:vAlign w:val="center"/>
          </w:tcPr>
          <w:p w14:paraId="73DC750A" w14:textId="77777777" w:rsidR="00343C67" w:rsidRDefault="00D775A7">
            <w:r>
              <w:rPr>
                <w:sz w:val="17"/>
              </w:rPr>
              <w:t>EPC baseline and improvement plan</w:t>
            </w:r>
          </w:p>
        </w:tc>
        <w:tc>
          <w:tcPr>
            <w:tcW w:w="1987" w:type="dxa"/>
            <w:vAlign w:val="center"/>
          </w:tcPr>
          <w:p w14:paraId="6B82F0CC" w14:textId="77777777" w:rsidR="00343C67" w:rsidRDefault="00D775A7">
            <w:r>
              <w:rPr>
                <w:sz w:val="17"/>
              </w:rPr>
              <w:t>Asset Management</w:t>
            </w:r>
          </w:p>
        </w:tc>
        <w:tc>
          <w:tcPr>
            <w:tcW w:w="1987" w:type="dxa"/>
            <w:vAlign w:val="center"/>
          </w:tcPr>
          <w:p w14:paraId="195CBF2B" w14:textId="77777777" w:rsidR="00343C67" w:rsidRDefault="00D775A7">
            <w:r>
              <w:rPr>
                <w:sz w:val="17"/>
              </w:rPr>
              <w:t>Q3 2026/27</w:t>
            </w:r>
          </w:p>
        </w:tc>
        <w:tc>
          <w:tcPr>
            <w:tcW w:w="1987" w:type="dxa"/>
            <w:vAlign w:val="center"/>
          </w:tcPr>
          <w:p w14:paraId="161E8E3E" w14:textId="77777777" w:rsidR="00343C67" w:rsidRDefault="00D775A7">
            <w:r>
              <w:rPr>
                <w:sz w:val="17"/>
              </w:rPr>
              <w:t>AMBER</w:t>
            </w:r>
          </w:p>
        </w:tc>
        <w:tc>
          <w:tcPr>
            <w:tcW w:w="1987" w:type="dxa"/>
            <w:vAlign w:val="center"/>
          </w:tcPr>
          <w:p w14:paraId="2D43AE27" w14:textId="77777777" w:rsidR="00343C67" w:rsidRDefault="00D775A7">
            <w:r>
              <w:rPr>
                <w:sz w:val="17"/>
              </w:rPr>
              <w:t>100% EPC data; priorities identified</w:t>
            </w:r>
          </w:p>
        </w:tc>
      </w:tr>
      <w:tr w:rsidR="00343C67" w14:paraId="3F860F92" w14:textId="77777777">
        <w:trPr>
          <w:jc w:val="center"/>
        </w:trPr>
        <w:tc>
          <w:tcPr>
            <w:tcW w:w="1987" w:type="dxa"/>
            <w:vAlign w:val="center"/>
          </w:tcPr>
          <w:p w14:paraId="06261CB8" w14:textId="77777777" w:rsidR="00343C67" w:rsidRDefault="00D775A7">
            <w:r>
              <w:rPr>
                <w:sz w:val="17"/>
              </w:rPr>
              <w:t>Review Decent Homes position</w:t>
            </w:r>
          </w:p>
        </w:tc>
        <w:tc>
          <w:tcPr>
            <w:tcW w:w="1987" w:type="dxa"/>
            <w:vAlign w:val="center"/>
          </w:tcPr>
          <w:p w14:paraId="7F28765D" w14:textId="77777777" w:rsidR="00343C67" w:rsidRDefault="00D775A7">
            <w:r>
              <w:rPr>
                <w:sz w:val="17"/>
              </w:rPr>
              <w:t>Asset Management</w:t>
            </w:r>
          </w:p>
        </w:tc>
        <w:tc>
          <w:tcPr>
            <w:tcW w:w="1987" w:type="dxa"/>
            <w:vAlign w:val="center"/>
          </w:tcPr>
          <w:p w14:paraId="4E51BE7A" w14:textId="77777777" w:rsidR="00343C67" w:rsidRDefault="00D775A7">
            <w:r>
              <w:rPr>
                <w:sz w:val="17"/>
              </w:rPr>
              <w:t>Q3 2026/27</w:t>
            </w:r>
          </w:p>
        </w:tc>
        <w:tc>
          <w:tcPr>
            <w:tcW w:w="1987" w:type="dxa"/>
            <w:vAlign w:val="center"/>
          </w:tcPr>
          <w:p w14:paraId="31052F5B" w14:textId="77777777" w:rsidR="00343C67" w:rsidRDefault="00D775A7">
            <w:r>
              <w:rPr>
                <w:sz w:val="17"/>
              </w:rPr>
              <w:t>AMBER</w:t>
            </w:r>
          </w:p>
        </w:tc>
        <w:tc>
          <w:tcPr>
            <w:tcW w:w="1987" w:type="dxa"/>
            <w:vAlign w:val="center"/>
          </w:tcPr>
          <w:p w14:paraId="2EF67227" w14:textId="77777777" w:rsidR="00343C67" w:rsidRDefault="00D775A7">
            <w:r>
              <w:rPr>
                <w:sz w:val="17"/>
              </w:rPr>
              <w:t>Exceptions identified and actioned</w:t>
            </w:r>
          </w:p>
        </w:tc>
      </w:tr>
      <w:tr w:rsidR="00343C67" w14:paraId="2C42CACD" w14:textId="77777777">
        <w:trPr>
          <w:jc w:val="center"/>
        </w:trPr>
        <w:tc>
          <w:tcPr>
            <w:tcW w:w="1987" w:type="dxa"/>
            <w:vAlign w:val="center"/>
          </w:tcPr>
          <w:p w14:paraId="15101FDF" w14:textId="77777777" w:rsidR="00343C67" w:rsidRDefault="00D775A7">
            <w:r>
              <w:rPr>
                <w:sz w:val="17"/>
              </w:rPr>
              <w:t>Approve 5-year planned works programme</w:t>
            </w:r>
          </w:p>
        </w:tc>
        <w:tc>
          <w:tcPr>
            <w:tcW w:w="1987" w:type="dxa"/>
            <w:vAlign w:val="center"/>
          </w:tcPr>
          <w:p w14:paraId="26A35A99" w14:textId="77777777" w:rsidR="00343C67" w:rsidRDefault="00D775A7">
            <w:r>
              <w:rPr>
                <w:sz w:val="17"/>
              </w:rPr>
              <w:t>Asset Management / Committee</w:t>
            </w:r>
          </w:p>
        </w:tc>
        <w:tc>
          <w:tcPr>
            <w:tcW w:w="1987" w:type="dxa"/>
            <w:vAlign w:val="center"/>
          </w:tcPr>
          <w:p w14:paraId="63D755FA" w14:textId="77777777" w:rsidR="00343C67" w:rsidRDefault="00D775A7">
            <w:r>
              <w:rPr>
                <w:sz w:val="17"/>
              </w:rPr>
              <w:t>Q4 2026/27</w:t>
            </w:r>
          </w:p>
        </w:tc>
        <w:tc>
          <w:tcPr>
            <w:tcW w:w="1987" w:type="dxa"/>
            <w:vAlign w:val="center"/>
          </w:tcPr>
          <w:p w14:paraId="570A5314" w14:textId="77777777" w:rsidR="00343C67" w:rsidRDefault="00D775A7">
            <w:r>
              <w:rPr>
                <w:sz w:val="17"/>
              </w:rPr>
              <w:t>AMBER</w:t>
            </w:r>
          </w:p>
        </w:tc>
        <w:tc>
          <w:tcPr>
            <w:tcW w:w="1987" w:type="dxa"/>
            <w:vAlign w:val="center"/>
          </w:tcPr>
          <w:p w14:paraId="4221F863" w14:textId="77777777" w:rsidR="00343C67" w:rsidRDefault="00D775A7">
            <w:r>
              <w:rPr>
                <w:sz w:val="17"/>
              </w:rPr>
              <w:t>Programme and budget approved</w:t>
            </w:r>
          </w:p>
        </w:tc>
      </w:tr>
      <w:tr w:rsidR="00343C67" w14:paraId="71F3F18A" w14:textId="77777777">
        <w:trPr>
          <w:jc w:val="center"/>
        </w:trPr>
        <w:tc>
          <w:tcPr>
            <w:tcW w:w="1987" w:type="dxa"/>
            <w:vAlign w:val="center"/>
          </w:tcPr>
          <w:p w14:paraId="196AF656" w14:textId="77777777" w:rsidR="00343C67" w:rsidRDefault="00D775A7">
            <w:r>
              <w:rPr>
                <w:sz w:val="17"/>
              </w:rPr>
              <w:t>Develop 30-year lifecycle plan</w:t>
            </w:r>
          </w:p>
        </w:tc>
        <w:tc>
          <w:tcPr>
            <w:tcW w:w="1987" w:type="dxa"/>
            <w:vAlign w:val="center"/>
          </w:tcPr>
          <w:p w14:paraId="37790F3E" w14:textId="77777777" w:rsidR="00343C67" w:rsidRDefault="00D775A7">
            <w:r>
              <w:rPr>
                <w:sz w:val="17"/>
              </w:rPr>
              <w:t>Asset Management / Finance</w:t>
            </w:r>
          </w:p>
        </w:tc>
        <w:tc>
          <w:tcPr>
            <w:tcW w:w="1987" w:type="dxa"/>
            <w:vAlign w:val="center"/>
          </w:tcPr>
          <w:p w14:paraId="3A4A9ABC" w14:textId="77777777" w:rsidR="00343C67" w:rsidRDefault="00D775A7">
            <w:r>
              <w:rPr>
                <w:sz w:val="17"/>
              </w:rPr>
              <w:t>Q4 2026/27</w:t>
            </w:r>
          </w:p>
        </w:tc>
        <w:tc>
          <w:tcPr>
            <w:tcW w:w="1987" w:type="dxa"/>
            <w:vAlign w:val="center"/>
          </w:tcPr>
          <w:p w14:paraId="5B1EF6A3" w14:textId="77777777" w:rsidR="00343C67" w:rsidRDefault="00D775A7">
            <w:r>
              <w:rPr>
                <w:sz w:val="17"/>
              </w:rPr>
              <w:t>AMBER</w:t>
            </w:r>
          </w:p>
        </w:tc>
        <w:tc>
          <w:tcPr>
            <w:tcW w:w="1987" w:type="dxa"/>
            <w:vAlign w:val="center"/>
          </w:tcPr>
          <w:p w14:paraId="4DE8AAF9" w14:textId="77777777" w:rsidR="00343C67" w:rsidRDefault="00D775A7">
            <w:r>
              <w:rPr>
                <w:sz w:val="17"/>
              </w:rPr>
              <w:t>Long-term forecast approved</w:t>
            </w:r>
          </w:p>
        </w:tc>
      </w:tr>
      <w:tr w:rsidR="00343C67" w14:paraId="77CB667A" w14:textId="77777777">
        <w:trPr>
          <w:jc w:val="center"/>
        </w:trPr>
        <w:tc>
          <w:tcPr>
            <w:tcW w:w="1987" w:type="dxa"/>
            <w:vAlign w:val="center"/>
          </w:tcPr>
          <w:p w14:paraId="3686283B" w14:textId="77777777" w:rsidR="00343C67" w:rsidRDefault="00D775A7">
            <w:r>
              <w:rPr>
                <w:sz w:val="17"/>
              </w:rPr>
              <w:t>Analyse repeat/high-cost repairs</w:t>
            </w:r>
          </w:p>
        </w:tc>
        <w:tc>
          <w:tcPr>
            <w:tcW w:w="1987" w:type="dxa"/>
            <w:vAlign w:val="center"/>
          </w:tcPr>
          <w:p w14:paraId="53C224E4" w14:textId="77777777" w:rsidR="00343C67" w:rsidRDefault="00D775A7">
            <w:r>
              <w:rPr>
                <w:sz w:val="17"/>
              </w:rPr>
              <w:t>Repairs</w:t>
            </w:r>
          </w:p>
        </w:tc>
        <w:tc>
          <w:tcPr>
            <w:tcW w:w="1987" w:type="dxa"/>
            <w:vAlign w:val="center"/>
          </w:tcPr>
          <w:p w14:paraId="5A0E2747" w14:textId="77777777" w:rsidR="00343C67" w:rsidRDefault="00D775A7">
            <w:r>
              <w:rPr>
                <w:sz w:val="17"/>
              </w:rPr>
              <w:t>Quarterly</w:t>
            </w:r>
          </w:p>
        </w:tc>
        <w:tc>
          <w:tcPr>
            <w:tcW w:w="1987" w:type="dxa"/>
            <w:vAlign w:val="center"/>
          </w:tcPr>
          <w:p w14:paraId="6C05B092" w14:textId="77777777" w:rsidR="00343C67" w:rsidRDefault="00D775A7">
            <w:r>
              <w:rPr>
                <w:sz w:val="17"/>
              </w:rPr>
              <w:t>AMBER</w:t>
            </w:r>
          </w:p>
        </w:tc>
        <w:tc>
          <w:tcPr>
            <w:tcW w:w="1987" w:type="dxa"/>
            <w:vAlign w:val="center"/>
          </w:tcPr>
          <w:p w14:paraId="3153D2D1" w14:textId="77777777" w:rsidR="00343C67" w:rsidRDefault="00D775A7">
            <w:r>
              <w:rPr>
                <w:sz w:val="17"/>
              </w:rPr>
              <w:t>Repeat repairs reducing</w:t>
            </w:r>
          </w:p>
        </w:tc>
      </w:tr>
      <w:tr w:rsidR="00343C67" w14:paraId="627A2B65" w14:textId="77777777">
        <w:trPr>
          <w:jc w:val="center"/>
        </w:trPr>
        <w:tc>
          <w:tcPr>
            <w:tcW w:w="1987" w:type="dxa"/>
            <w:vAlign w:val="center"/>
          </w:tcPr>
          <w:p w14:paraId="51274C42" w14:textId="77777777" w:rsidR="00343C67" w:rsidRDefault="00D775A7">
            <w:r>
              <w:rPr>
                <w:sz w:val="17"/>
              </w:rPr>
              <w:t>Introduce quarterly asset dashboard</w:t>
            </w:r>
          </w:p>
        </w:tc>
        <w:tc>
          <w:tcPr>
            <w:tcW w:w="1987" w:type="dxa"/>
            <w:vAlign w:val="center"/>
          </w:tcPr>
          <w:p w14:paraId="6BA55637" w14:textId="3DA1ACF4" w:rsidR="00343C67" w:rsidRDefault="00D775A7">
            <w:r>
              <w:rPr>
                <w:sz w:val="17"/>
              </w:rPr>
              <w:t xml:space="preserve">PA Housing / </w:t>
            </w:r>
            <w:r w:rsidR="003A4CAB">
              <w:rPr>
                <w:sz w:val="17"/>
              </w:rPr>
              <w:t>Ross Walk</w:t>
            </w:r>
          </w:p>
        </w:tc>
        <w:tc>
          <w:tcPr>
            <w:tcW w:w="1987" w:type="dxa"/>
            <w:vAlign w:val="center"/>
          </w:tcPr>
          <w:p w14:paraId="40E97ECE" w14:textId="77777777" w:rsidR="00343C67" w:rsidRDefault="00D775A7">
            <w:r>
              <w:rPr>
                <w:sz w:val="17"/>
              </w:rPr>
              <w:t>Q4 2026/27</w:t>
            </w:r>
          </w:p>
        </w:tc>
        <w:tc>
          <w:tcPr>
            <w:tcW w:w="1987" w:type="dxa"/>
            <w:vAlign w:val="center"/>
          </w:tcPr>
          <w:p w14:paraId="58B2845E" w14:textId="77777777" w:rsidR="00343C67" w:rsidRDefault="00D775A7">
            <w:r>
              <w:rPr>
                <w:sz w:val="17"/>
              </w:rPr>
              <w:t>GREEN</w:t>
            </w:r>
          </w:p>
        </w:tc>
        <w:tc>
          <w:tcPr>
            <w:tcW w:w="1987" w:type="dxa"/>
            <w:vAlign w:val="center"/>
          </w:tcPr>
          <w:p w14:paraId="538CFAB1" w14:textId="77777777" w:rsidR="00343C67" w:rsidRDefault="00D775A7">
            <w:r>
              <w:rPr>
                <w:sz w:val="17"/>
              </w:rPr>
              <w:t>Dashboard received quarterly</w:t>
            </w:r>
          </w:p>
        </w:tc>
      </w:tr>
      <w:tr w:rsidR="00343C67" w14:paraId="09E79FDD" w14:textId="77777777">
        <w:trPr>
          <w:jc w:val="center"/>
        </w:trPr>
        <w:tc>
          <w:tcPr>
            <w:tcW w:w="1987" w:type="dxa"/>
            <w:vAlign w:val="center"/>
          </w:tcPr>
          <w:p w14:paraId="03DFAC65" w14:textId="77777777" w:rsidR="00343C67" w:rsidRDefault="00D775A7">
            <w:r>
              <w:rPr>
                <w:sz w:val="17"/>
              </w:rPr>
              <w:t>Resident engagement on major investment</w:t>
            </w:r>
          </w:p>
        </w:tc>
        <w:tc>
          <w:tcPr>
            <w:tcW w:w="1987" w:type="dxa"/>
            <w:vAlign w:val="center"/>
          </w:tcPr>
          <w:p w14:paraId="36E544FB" w14:textId="16221986" w:rsidR="00343C67" w:rsidRDefault="003A4CAB">
            <w:r>
              <w:rPr>
                <w:sz w:val="17"/>
              </w:rPr>
              <w:t>Ross Walk</w:t>
            </w:r>
            <w:r w:rsidR="00D775A7">
              <w:rPr>
                <w:sz w:val="17"/>
              </w:rPr>
              <w:t xml:space="preserve"> / PA Housing</w:t>
            </w:r>
          </w:p>
        </w:tc>
        <w:tc>
          <w:tcPr>
            <w:tcW w:w="1987" w:type="dxa"/>
            <w:vAlign w:val="center"/>
          </w:tcPr>
          <w:p w14:paraId="1494240F" w14:textId="77777777" w:rsidR="00343C67" w:rsidRDefault="00D775A7">
            <w:r>
              <w:rPr>
                <w:sz w:val="17"/>
              </w:rPr>
              <w:t>Ongoing</w:t>
            </w:r>
          </w:p>
        </w:tc>
        <w:tc>
          <w:tcPr>
            <w:tcW w:w="1987" w:type="dxa"/>
            <w:vAlign w:val="center"/>
          </w:tcPr>
          <w:p w14:paraId="123802E2" w14:textId="77777777" w:rsidR="00343C67" w:rsidRDefault="00D775A7">
            <w:r>
              <w:rPr>
                <w:sz w:val="17"/>
              </w:rPr>
              <w:t>GREEN</w:t>
            </w:r>
          </w:p>
        </w:tc>
        <w:tc>
          <w:tcPr>
            <w:tcW w:w="1987" w:type="dxa"/>
            <w:vAlign w:val="center"/>
          </w:tcPr>
          <w:p w14:paraId="09D34AC2" w14:textId="77777777" w:rsidR="00343C67" w:rsidRDefault="00D775A7">
            <w:r>
              <w:rPr>
                <w:sz w:val="17"/>
              </w:rPr>
              <w:t>Feedback captured and acted upon</w:t>
            </w:r>
          </w:p>
        </w:tc>
      </w:tr>
      <w:tr w:rsidR="00343C67" w14:paraId="20EE7E57" w14:textId="77777777">
        <w:trPr>
          <w:jc w:val="center"/>
        </w:trPr>
        <w:tc>
          <w:tcPr>
            <w:tcW w:w="1987" w:type="dxa"/>
            <w:vAlign w:val="center"/>
          </w:tcPr>
          <w:p w14:paraId="15EC9B48" w14:textId="77777777" w:rsidR="00343C67" w:rsidRDefault="00D775A7">
            <w:r>
              <w:rPr>
                <w:sz w:val="17"/>
              </w:rPr>
              <w:t>Annual strategy review</w:t>
            </w:r>
          </w:p>
        </w:tc>
        <w:tc>
          <w:tcPr>
            <w:tcW w:w="1987" w:type="dxa"/>
            <w:vAlign w:val="center"/>
          </w:tcPr>
          <w:p w14:paraId="310DE343" w14:textId="77777777" w:rsidR="00343C67" w:rsidRDefault="00D775A7">
            <w:r>
              <w:rPr>
                <w:sz w:val="17"/>
              </w:rPr>
              <w:t>Management Committee</w:t>
            </w:r>
          </w:p>
        </w:tc>
        <w:tc>
          <w:tcPr>
            <w:tcW w:w="1987" w:type="dxa"/>
            <w:vAlign w:val="center"/>
          </w:tcPr>
          <w:p w14:paraId="7CD44D77" w14:textId="77777777" w:rsidR="00343C67" w:rsidRDefault="00D775A7">
            <w:r>
              <w:rPr>
                <w:sz w:val="17"/>
              </w:rPr>
              <w:t>Annual</w:t>
            </w:r>
          </w:p>
        </w:tc>
        <w:tc>
          <w:tcPr>
            <w:tcW w:w="1987" w:type="dxa"/>
            <w:vAlign w:val="center"/>
          </w:tcPr>
          <w:p w14:paraId="77ACBD0C" w14:textId="77777777" w:rsidR="00343C67" w:rsidRDefault="00D775A7">
            <w:r>
              <w:rPr>
                <w:sz w:val="17"/>
              </w:rPr>
              <w:t>GREEN</w:t>
            </w:r>
          </w:p>
        </w:tc>
        <w:tc>
          <w:tcPr>
            <w:tcW w:w="1987" w:type="dxa"/>
            <w:vAlign w:val="center"/>
          </w:tcPr>
          <w:p w14:paraId="38DD6813" w14:textId="77777777" w:rsidR="00343C67" w:rsidRDefault="00D775A7">
            <w:r>
              <w:rPr>
                <w:sz w:val="17"/>
              </w:rPr>
              <w:t>Strategy updated and approved</w:t>
            </w:r>
          </w:p>
        </w:tc>
      </w:tr>
    </w:tbl>
    <w:p w14:paraId="7871967C" w14:textId="77777777" w:rsidR="00343C67" w:rsidRDefault="00D775A7">
      <w:pPr>
        <w:pStyle w:val="Heading1"/>
      </w:pPr>
      <w:r>
        <w:lastRenderedPageBreak/>
        <w:t>19. Asset Management KPI Dashboard</w:t>
      </w:r>
    </w:p>
    <w:tbl>
      <w:tblPr>
        <w:tblStyle w:val="TableGrid"/>
        <w:tblW w:w="0" w:type="auto"/>
        <w:jc w:val="center"/>
        <w:tblLook w:val="04A0" w:firstRow="1" w:lastRow="0" w:firstColumn="1" w:lastColumn="0" w:noHBand="0" w:noVBand="1"/>
      </w:tblPr>
      <w:tblGrid>
        <w:gridCol w:w="2482"/>
        <w:gridCol w:w="2481"/>
        <w:gridCol w:w="2481"/>
        <w:gridCol w:w="2482"/>
      </w:tblGrid>
      <w:tr w:rsidR="00343C67" w14:paraId="6ABDBC6A" w14:textId="77777777">
        <w:trPr>
          <w:jc w:val="center"/>
        </w:trPr>
        <w:tc>
          <w:tcPr>
            <w:tcW w:w="2484" w:type="dxa"/>
            <w:shd w:val="clear" w:color="auto" w:fill="D9EAD3"/>
            <w:vAlign w:val="center"/>
          </w:tcPr>
          <w:p w14:paraId="38A70CCE" w14:textId="77777777" w:rsidR="00343C67" w:rsidRDefault="00D775A7">
            <w:r>
              <w:rPr>
                <w:b/>
                <w:sz w:val="18"/>
              </w:rPr>
              <w:t>KPI</w:t>
            </w:r>
          </w:p>
        </w:tc>
        <w:tc>
          <w:tcPr>
            <w:tcW w:w="2484" w:type="dxa"/>
            <w:shd w:val="clear" w:color="auto" w:fill="D9EAD3"/>
            <w:vAlign w:val="center"/>
          </w:tcPr>
          <w:p w14:paraId="7BA31B1E" w14:textId="77777777" w:rsidR="00343C67" w:rsidRDefault="00D775A7">
            <w:r>
              <w:rPr>
                <w:b/>
                <w:sz w:val="18"/>
              </w:rPr>
              <w:t>Target</w:t>
            </w:r>
          </w:p>
        </w:tc>
        <w:tc>
          <w:tcPr>
            <w:tcW w:w="2484" w:type="dxa"/>
            <w:shd w:val="clear" w:color="auto" w:fill="D9EAD3"/>
            <w:vAlign w:val="center"/>
          </w:tcPr>
          <w:p w14:paraId="3B543766" w14:textId="77777777" w:rsidR="00343C67" w:rsidRDefault="00D775A7">
            <w:r>
              <w:rPr>
                <w:b/>
                <w:sz w:val="18"/>
              </w:rPr>
              <w:t>Frequency</w:t>
            </w:r>
          </w:p>
        </w:tc>
        <w:tc>
          <w:tcPr>
            <w:tcW w:w="2484" w:type="dxa"/>
            <w:shd w:val="clear" w:color="auto" w:fill="D9EAD3"/>
            <w:vAlign w:val="center"/>
          </w:tcPr>
          <w:p w14:paraId="28DE144E" w14:textId="77777777" w:rsidR="00343C67" w:rsidRDefault="00D775A7">
            <w:r>
              <w:rPr>
                <w:b/>
                <w:sz w:val="18"/>
              </w:rPr>
              <w:t>RAG trigger</w:t>
            </w:r>
          </w:p>
        </w:tc>
      </w:tr>
      <w:tr w:rsidR="00343C67" w14:paraId="1B66EFD7" w14:textId="77777777">
        <w:trPr>
          <w:jc w:val="center"/>
        </w:trPr>
        <w:tc>
          <w:tcPr>
            <w:tcW w:w="2484" w:type="dxa"/>
            <w:vAlign w:val="center"/>
          </w:tcPr>
          <w:p w14:paraId="0BF224AC" w14:textId="77777777" w:rsidR="00343C67" w:rsidRDefault="00D775A7">
            <w:r>
              <w:rPr>
                <w:sz w:val="17"/>
              </w:rPr>
              <w:t>Statutory compliance</w:t>
            </w:r>
          </w:p>
        </w:tc>
        <w:tc>
          <w:tcPr>
            <w:tcW w:w="2484" w:type="dxa"/>
            <w:vAlign w:val="center"/>
          </w:tcPr>
          <w:p w14:paraId="63759F1E" w14:textId="77777777" w:rsidR="00343C67" w:rsidRDefault="00D775A7">
            <w:r>
              <w:rPr>
                <w:sz w:val="17"/>
              </w:rPr>
              <w:t>100%</w:t>
            </w:r>
          </w:p>
        </w:tc>
        <w:tc>
          <w:tcPr>
            <w:tcW w:w="2484" w:type="dxa"/>
            <w:vAlign w:val="center"/>
          </w:tcPr>
          <w:p w14:paraId="32662A6D" w14:textId="77777777" w:rsidR="00343C67" w:rsidRDefault="00D775A7">
            <w:r>
              <w:rPr>
                <w:sz w:val="17"/>
              </w:rPr>
              <w:t>Monthly</w:t>
            </w:r>
          </w:p>
        </w:tc>
        <w:tc>
          <w:tcPr>
            <w:tcW w:w="2484" w:type="dxa"/>
            <w:vAlign w:val="center"/>
          </w:tcPr>
          <w:p w14:paraId="147659FD" w14:textId="77777777" w:rsidR="00343C67" w:rsidRDefault="00D775A7">
            <w:r>
              <w:rPr>
                <w:sz w:val="17"/>
              </w:rPr>
              <w:t>Red if overdue high-risk item</w:t>
            </w:r>
          </w:p>
        </w:tc>
      </w:tr>
      <w:tr w:rsidR="00343C67" w14:paraId="1A65EB95" w14:textId="77777777">
        <w:trPr>
          <w:jc w:val="center"/>
        </w:trPr>
        <w:tc>
          <w:tcPr>
            <w:tcW w:w="2484" w:type="dxa"/>
            <w:vAlign w:val="center"/>
          </w:tcPr>
          <w:p w14:paraId="570BD608" w14:textId="77777777" w:rsidR="00343C67" w:rsidRDefault="00D775A7">
            <w:r>
              <w:rPr>
                <w:sz w:val="17"/>
              </w:rPr>
              <w:t>Awaab's Law cases within requirements</w:t>
            </w:r>
          </w:p>
        </w:tc>
        <w:tc>
          <w:tcPr>
            <w:tcW w:w="2484" w:type="dxa"/>
            <w:vAlign w:val="center"/>
          </w:tcPr>
          <w:p w14:paraId="7C1EE352" w14:textId="77777777" w:rsidR="00343C67" w:rsidRDefault="00D775A7">
            <w:r>
              <w:rPr>
                <w:sz w:val="17"/>
              </w:rPr>
              <w:t>100%</w:t>
            </w:r>
          </w:p>
        </w:tc>
        <w:tc>
          <w:tcPr>
            <w:tcW w:w="2484" w:type="dxa"/>
            <w:vAlign w:val="center"/>
          </w:tcPr>
          <w:p w14:paraId="4803A8A4" w14:textId="77777777" w:rsidR="00343C67" w:rsidRDefault="00D775A7">
            <w:r>
              <w:rPr>
                <w:sz w:val="17"/>
              </w:rPr>
              <w:t>Monthly</w:t>
            </w:r>
          </w:p>
        </w:tc>
        <w:tc>
          <w:tcPr>
            <w:tcW w:w="2484" w:type="dxa"/>
            <w:vAlign w:val="center"/>
          </w:tcPr>
          <w:p w14:paraId="4F696C20" w14:textId="77777777" w:rsidR="00343C67" w:rsidRDefault="00D775A7">
            <w:r>
              <w:rPr>
                <w:sz w:val="17"/>
              </w:rPr>
              <w:t>Red if any breach</w:t>
            </w:r>
          </w:p>
        </w:tc>
      </w:tr>
      <w:tr w:rsidR="00343C67" w14:paraId="43133C6A" w14:textId="77777777">
        <w:trPr>
          <w:jc w:val="center"/>
        </w:trPr>
        <w:tc>
          <w:tcPr>
            <w:tcW w:w="2484" w:type="dxa"/>
            <w:vAlign w:val="center"/>
          </w:tcPr>
          <w:p w14:paraId="530B7271" w14:textId="77777777" w:rsidR="00343C67" w:rsidRDefault="00D775A7">
            <w:r>
              <w:rPr>
                <w:sz w:val="17"/>
              </w:rPr>
              <w:t>Homes meeting Decent Homes requirements</w:t>
            </w:r>
          </w:p>
        </w:tc>
        <w:tc>
          <w:tcPr>
            <w:tcW w:w="2484" w:type="dxa"/>
            <w:vAlign w:val="center"/>
          </w:tcPr>
          <w:p w14:paraId="7932458B" w14:textId="77777777" w:rsidR="00343C67" w:rsidRDefault="00D775A7">
            <w:r>
              <w:rPr>
                <w:sz w:val="17"/>
              </w:rPr>
              <w:t>100%</w:t>
            </w:r>
          </w:p>
        </w:tc>
        <w:tc>
          <w:tcPr>
            <w:tcW w:w="2484" w:type="dxa"/>
            <w:vAlign w:val="center"/>
          </w:tcPr>
          <w:p w14:paraId="18A2E64D" w14:textId="77777777" w:rsidR="00343C67" w:rsidRDefault="00D775A7">
            <w:r>
              <w:rPr>
                <w:sz w:val="17"/>
              </w:rPr>
              <w:t>Quarterly</w:t>
            </w:r>
          </w:p>
        </w:tc>
        <w:tc>
          <w:tcPr>
            <w:tcW w:w="2484" w:type="dxa"/>
            <w:vAlign w:val="center"/>
          </w:tcPr>
          <w:p w14:paraId="3C69D4BD" w14:textId="77777777" w:rsidR="00343C67" w:rsidRDefault="00D775A7">
            <w:r>
              <w:rPr>
                <w:sz w:val="17"/>
              </w:rPr>
              <w:t>Red if known failure without action</w:t>
            </w:r>
          </w:p>
        </w:tc>
      </w:tr>
      <w:tr w:rsidR="00343C67" w14:paraId="7C4169A0" w14:textId="77777777">
        <w:trPr>
          <w:jc w:val="center"/>
        </w:trPr>
        <w:tc>
          <w:tcPr>
            <w:tcW w:w="2484" w:type="dxa"/>
            <w:vAlign w:val="center"/>
          </w:tcPr>
          <w:p w14:paraId="54017B9C" w14:textId="77777777" w:rsidR="00343C67" w:rsidRDefault="00D775A7">
            <w:r>
              <w:rPr>
                <w:sz w:val="17"/>
              </w:rPr>
              <w:t>Homes with valid EPC</w:t>
            </w:r>
          </w:p>
        </w:tc>
        <w:tc>
          <w:tcPr>
            <w:tcW w:w="2484" w:type="dxa"/>
            <w:vAlign w:val="center"/>
          </w:tcPr>
          <w:p w14:paraId="57EFE5FD" w14:textId="77777777" w:rsidR="00343C67" w:rsidRDefault="00D775A7">
            <w:r>
              <w:rPr>
                <w:sz w:val="17"/>
              </w:rPr>
              <w:t>100%</w:t>
            </w:r>
          </w:p>
        </w:tc>
        <w:tc>
          <w:tcPr>
            <w:tcW w:w="2484" w:type="dxa"/>
            <w:vAlign w:val="center"/>
          </w:tcPr>
          <w:p w14:paraId="2956FE57" w14:textId="77777777" w:rsidR="00343C67" w:rsidRDefault="00D775A7">
            <w:r>
              <w:rPr>
                <w:sz w:val="17"/>
              </w:rPr>
              <w:t>Quarterly</w:t>
            </w:r>
          </w:p>
        </w:tc>
        <w:tc>
          <w:tcPr>
            <w:tcW w:w="2484" w:type="dxa"/>
            <w:vAlign w:val="center"/>
          </w:tcPr>
          <w:p w14:paraId="09682ADF" w14:textId="77777777" w:rsidR="00343C67" w:rsidRDefault="00D775A7">
            <w:r>
              <w:rPr>
                <w:sz w:val="17"/>
              </w:rPr>
              <w:t>Amber &lt;98%; Red &lt;95%</w:t>
            </w:r>
          </w:p>
        </w:tc>
      </w:tr>
      <w:tr w:rsidR="00343C67" w14:paraId="29B66135" w14:textId="77777777">
        <w:trPr>
          <w:jc w:val="center"/>
        </w:trPr>
        <w:tc>
          <w:tcPr>
            <w:tcW w:w="2484" w:type="dxa"/>
            <w:vAlign w:val="center"/>
          </w:tcPr>
          <w:p w14:paraId="747E1D4D" w14:textId="77777777" w:rsidR="00343C67" w:rsidRDefault="00D775A7">
            <w:r>
              <w:rPr>
                <w:sz w:val="17"/>
              </w:rPr>
              <w:t>Properties below EPC trajectory</w:t>
            </w:r>
          </w:p>
        </w:tc>
        <w:tc>
          <w:tcPr>
            <w:tcW w:w="2484" w:type="dxa"/>
            <w:vAlign w:val="center"/>
          </w:tcPr>
          <w:p w14:paraId="25370EAE" w14:textId="77777777" w:rsidR="00343C67" w:rsidRDefault="00D775A7">
            <w:r>
              <w:rPr>
                <w:sz w:val="17"/>
              </w:rPr>
              <w:t>Reducing annually</w:t>
            </w:r>
          </w:p>
        </w:tc>
        <w:tc>
          <w:tcPr>
            <w:tcW w:w="2484" w:type="dxa"/>
            <w:vAlign w:val="center"/>
          </w:tcPr>
          <w:p w14:paraId="4C3AFEDB" w14:textId="77777777" w:rsidR="00343C67" w:rsidRDefault="00D775A7">
            <w:r>
              <w:rPr>
                <w:sz w:val="17"/>
              </w:rPr>
              <w:t>Quarterly</w:t>
            </w:r>
          </w:p>
        </w:tc>
        <w:tc>
          <w:tcPr>
            <w:tcW w:w="2484" w:type="dxa"/>
            <w:vAlign w:val="center"/>
          </w:tcPr>
          <w:p w14:paraId="0E4FE2A4" w14:textId="77777777" w:rsidR="00343C67" w:rsidRDefault="00D775A7">
            <w:r>
              <w:rPr>
                <w:sz w:val="17"/>
              </w:rPr>
              <w:t>Red if unexplained deterioration</w:t>
            </w:r>
          </w:p>
        </w:tc>
      </w:tr>
      <w:tr w:rsidR="00343C67" w14:paraId="00CA9CC8" w14:textId="77777777">
        <w:trPr>
          <w:jc w:val="center"/>
        </w:trPr>
        <w:tc>
          <w:tcPr>
            <w:tcW w:w="2484" w:type="dxa"/>
            <w:vAlign w:val="center"/>
          </w:tcPr>
          <w:p w14:paraId="54BBE780" w14:textId="77777777" w:rsidR="00343C67" w:rsidRDefault="00D775A7">
            <w:r>
              <w:rPr>
                <w:sz w:val="17"/>
              </w:rPr>
              <w:t>Repeat repairs</w:t>
            </w:r>
          </w:p>
        </w:tc>
        <w:tc>
          <w:tcPr>
            <w:tcW w:w="2484" w:type="dxa"/>
            <w:vAlign w:val="center"/>
          </w:tcPr>
          <w:p w14:paraId="47ACEAA6" w14:textId="77777777" w:rsidR="00343C67" w:rsidRDefault="00D775A7">
            <w:r>
              <w:rPr>
                <w:sz w:val="17"/>
              </w:rPr>
              <w:t>Reducing annually</w:t>
            </w:r>
          </w:p>
        </w:tc>
        <w:tc>
          <w:tcPr>
            <w:tcW w:w="2484" w:type="dxa"/>
            <w:vAlign w:val="center"/>
          </w:tcPr>
          <w:p w14:paraId="4FB2B147" w14:textId="77777777" w:rsidR="00343C67" w:rsidRDefault="00D775A7">
            <w:r>
              <w:rPr>
                <w:sz w:val="17"/>
              </w:rPr>
              <w:t>Monthly</w:t>
            </w:r>
          </w:p>
        </w:tc>
        <w:tc>
          <w:tcPr>
            <w:tcW w:w="2484" w:type="dxa"/>
            <w:vAlign w:val="center"/>
          </w:tcPr>
          <w:p w14:paraId="1547DBDE" w14:textId="77777777" w:rsidR="00343C67" w:rsidRDefault="00D775A7">
            <w:r>
              <w:rPr>
                <w:sz w:val="17"/>
              </w:rPr>
              <w:t>Red if &gt;10% year-on-year increase</w:t>
            </w:r>
          </w:p>
        </w:tc>
      </w:tr>
      <w:tr w:rsidR="00343C67" w14:paraId="5DA3C8C0" w14:textId="77777777">
        <w:trPr>
          <w:jc w:val="center"/>
        </w:trPr>
        <w:tc>
          <w:tcPr>
            <w:tcW w:w="2484" w:type="dxa"/>
            <w:vAlign w:val="center"/>
          </w:tcPr>
          <w:p w14:paraId="77ED62EB" w14:textId="77777777" w:rsidR="00343C67" w:rsidRDefault="00D775A7">
            <w:r>
              <w:rPr>
                <w:sz w:val="17"/>
              </w:rPr>
              <w:t>Emergency repairs</w:t>
            </w:r>
          </w:p>
        </w:tc>
        <w:tc>
          <w:tcPr>
            <w:tcW w:w="2484" w:type="dxa"/>
            <w:vAlign w:val="center"/>
          </w:tcPr>
          <w:p w14:paraId="68F8CF66" w14:textId="77777777" w:rsidR="00343C67" w:rsidRDefault="00D775A7">
            <w:r>
              <w:rPr>
                <w:sz w:val="17"/>
              </w:rPr>
              <w:t>Reducing where preventable</w:t>
            </w:r>
          </w:p>
        </w:tc>
        <w:tc>
          <w:tcPr>
            <w:tcW w:w="2484" w:type="dxa"/>
            <w:vAlign w:val="center"/>
          </w:tcPr>
          <w:p w14:paraId="2C39755D" w14:textId="77777777" w:rsidR="00343C67" w:rsidRDefault="00D775A7">
            <w:r>
              <w:rPr>
                <w:sz w:val="17"/>
              </w:rPr>
              <w:t>Monthly</w:t>
            </w:r>
          </w:p>
        </w:tc>
        <w:tc>
          <w:tcPr>
            <w:tcW w:w="2484" w:type="dxa"/>
            <w:vAlign w:val="center"/>
          </w:tcPr>
          <w:p w14:paraId="33584D8C" w14:textId="77777777" w:rsidR="00343C67" w:rsidRDefault="00D775A7">
            <w:r>
              <w:rPr>
                <w:sz w:val="17"/>
              </w:rPr>
              <w:t>Amber if sustained increase</w:t>
            </w:r>
          </w:p>
        </w:tc>
      </w:tr>
      <w:tr w:rsidR="00343C67" w14:paraId="5FA401C9" w14:textId="77777777">
        <w:trPr>
          <w:jc w:val="center"/>
        </w:trPr>
        <w:tc>
          <w:tcPr>
            <w:tcW w:w="2484" w:type="dxa"/>
            <w:vAlign w:val="center"/>
          </w:tcPr>
          <w:p w14:paraId="6F59663B" w14:textId="77777777" w:rsidR="00343C67" w:rsidRDefault="00D775A7">
            <w:r>
              <w:rPr>
                <w:sz w:val="17"/>
              </w:rPr>
              <w:t>Planned works delivery</w:t>
            </w:r>
          </w:p>
        </w:tc>
        <w:tc>
          <w:tcPr>
            <w:tcW w:w="2484" w:type="dxa"/>
            <w:vAlign w:val="center"/>
          </w:tcPr>
          <w:p w14:paraId="53B3E8A2" w14:textId="77777777" w:rsidR="00343C67" w:rsidRDefault="00D775A7">
            <w:r>
              <w:rPr>
                <w:sz w:val="17"/>
              </w:rPr>
              <w:t>≥95%</w:t>
            </w:r>
          </w:p>
        </w:tc>
        <w:tc>
          <w:tcPr>
            <w:tcW w:w="2484" w:type="dxa"/>
            <w:vAlign w:val="center"/>
          </w:tcPr>
          <w:p w14:paraId="37F06ACA" w14:textId="77777777" w:rsidR="00343C67" w:rsidRDefault="00D775A7">
            <w:r>
              <w:rPr>
                <w:sz w:val="17"/>
              </w:rPr>
              <w:t>Quarterly</w:t>
            </w:r>
          </w:p>
        </w:tc>
        <w:tc>
          <w:tcPr>
            <w:tcW w:w="2484" w:type="dxa"/>
            <w:vAlign w:val="center"/>
          </w:tcPr>
          <w:p w14:paraId="1D3D9C5B" w14:textId="77777777" w:rsidR="00343C67" w:rsidRDefault="00D775A7">
            <w:r>
              <w:rPr>
                <w:sz w:val="17"/>
              </w:rPr>
              <w:t>Red below 90%</w:t>
            </w:r>
          </w:p>
        </w:tc>
      </w:tr>
      <w:tr w:rsidR="00343C67" w14:paraId="082E4CC7" w14:textId="77777777">
        <w:trPr>
          <w:jc w:val="center"/>
        </w:trPr>
        <w:tc>
          <w:tcPr>
            <w:tcW w:w="2484" w:type="dxa"/>
            <w:vAlign w:val="center"/>
          </w:tcPr>
          <w:p w14:paraId="31E554BC" w14:textId="77777777" w:rsidR="00343C67" w:rsidRDefault="00D775A7">
            <w:r>
              <w:rPr>
                <w:sz w:val="17"/>
              </w:rPr>
              <w:t>Outstanding high-risk actions</w:t>
            </w:r>
          </w:p>
        </w:tc>
        <w:tc>
          <w:tcPr>
            <w:tcW w:w="2484" w:type="dxa"/>
            <w:vAlign w:val="center"/>
          </w:tcPr>
          <w:p w14:paraId="45F08C89" w14:textId="77777777" w:rsidR="00343C67" w:rsidRDefault="00D775A7">
            <w:r>
              <w:rPr>
                <w:sz w:val="17"/>
              </w:rPr>
              <w:t>0</w:t>
            </w:r>
          </w:p>
        </w:tc>
        <w:tc>
          <w:tcPr>
            <w:tcW w:w="2484" w:type="dxa"/>
            <w:vAlign w:val="center"/>
          </w:tcPr>
          <w:p w14:paraId="384C2E40" w14:textId="77777777" w:rsidR="00343C67" w:rsidRDefault="00D775A7">
            <w:r>
              <w:rPr>
                <w:sz w:val="17"/>
              </w:rPr>
              <w:t>Monthly</w:t>
            </w:r>
          </w:p>
        </w:tc>
        <w:tc>
          <w:tcPr>
            <w:tcW w:w="2484" w:type="dxa"/>
            <w:vAlign w:val="center"/>
          </w:tcPr>
          <w:p w14:paraId="5D9715DB" w14:textId="77777777" w:rsidR="00343C67" w:rsidRDefault="00D775A7">
            <w:r>
              <w:rPr>
                <w:sz w:val="17"/>
              </w:rPr>
              <w:t>Red if overdue</w:t>
            </w:r>
          </w:p>
        </w:tc>
      </w:tr>
      <w:tr w:rsidR="00343C67" w14:paraId="0A33B9E7" w14:textId="77777777">
        <w:trPr>
          <w:jc w:val="center"/>
        </w:trPr>
        <w:tc>
          <w:tcPr>
            <w:tcW w:w="2484" w:type="dxa"/>
            <w:vAlign w:val="center"/>
          </w:tcPr>
          <w:p w14:paraId="73441614" w14:textId="77777777" w:rsidR="00343C67" w:rsidRDefault="00D775A7">
            <w:r>
              <w:rPr>
                <w:sz w:val="17"/>
              </w:rPr>
              <w:t>Resident repairs satisfaction</w:t>
            </w:r>
          </w:p>
        </w:tc>
        <w:tc>
          <w:tcPr>
            <w:tcW w:w="2484" w:type="dxa"/>
            <w:vAlign w:val="center"/>
          </w:tcPr>
          <w:p w14:paraId="160FE86A" w14:textId="77777777" w:rsidR="00343C67" w:rsidRDefault="00D775A7">
            <w:r>
              <w:rPr>
                <w:sz w:val="17"/>
              </w:rPr>
              <w:t>Improve annually</w:t>
            </w:r>
          </w:p>
        </w:tc>
        <w:tc>
          <w:tcPr>
            <w:tcW w:w="2484" w:type="dxa"/>
            <w:vAlign w:val="center"/>
          </w:tcPr>
          <w:p w14:paraId="7B53FAC1" w14:textId="77777777" w:rsidR="00343C67" w:rsidRDefault="00D775A7">
            <w:r>
              <w:rPr>
                <w:sz w:val="17"/>
              </w:rPr>
              <w:t>Quarterly</w:t>
            </w:r>
          </w:p>
        </w:tc>
        <w:tc>
          <w:tcPr>
            <w:tcW w:w="2484" w:type="dxa"/>
            <w:vAlign w:val="center"/>
          </w:tcPr>
          <w:p w14:paraId="5FC7AC8E" w14:textId="77777777" w:rsidR="00343C67" w:rsidRDefault="00D775A7">
            <w:r>
              <w:rPr>
                <w:sz w:val="17"/>
              </w:rPr>
              <w:t>Red if material decline</w:t>
            </w:r>
          </w:p>
        </w:tc>
      </w:tr>
      <w:tr w:rsidR="00343C67" w14:paraId="49E87941" w14:textId="77777777">
        <w:trPr>
          <w:jc w:val="center"/>
        </w:trPr>
        <w:tc>
          <w:tcPr>
            <w:tcW w:w="2484" w:type="dxa"/>
            <w:vAlign w:val="center"/>
          </w:tcPr>
          <w:p w14:paraId="7D6F7F1F" w14:textId="77777777" w:rsidR="00343C67" w:rsidRDefault="00D775A7">
            <w:r>
              <w:rPr>
                <w:sz w:val="17"/>
              </w:rPr>
              <w:t>Reactive repairs spend vs budget</w:t>
            </w:r>
          </w:p>
        </w:tc>
        <w:tc>
          <w:tcPr>
            <w:tcW w:w="2484" w:type="dxa"/>
            <w:vAlign w:val="center"/>
          </w:tcPr>
          <w:p w14:paraId="396CCEE9" w14:textId="77777777" w:rsidR="00343C67" w:rsidRDefault="00D775A7">
            <w:r>
              <w:rPr>
                <w:sz w:val="17"/>
              </w:rPr>
              <w:t>Within budget</w:t>
            </w:r>
          </w:p>
        </w:tc>
        <w:tc>
          <w:tcPr>
            <w:tcW w:w="2484" w:type="dxa"/>
            <w:vAlign w:val="center"/>
          </w:tcPr>
          <w:p w14:paraId="1E4A83DC" w14:textId="77777777" w:rsidR="00343C67" w:rsidRDefault="00D775A7">
            <w:r>
              <w:rPr>
                <w:sz w:val="17"/>
              </w:rPr>
              <w:t>Monthly</w:t>
            </w:r>
          </w:p>
        </w:tc>
        <w:tc>
          <w:tcPr>
            <w:tcW w:w="2484" w:type="dxa"/>
            <w:vAlign w:val="center"/>
          </w:tcPr>
          <w:p w14:paraId="2BB13FC7" w14:textId="77777777" w:rsidR="00343C67" w:rsidRDefault="00D775A7">
            <w:r>
              <w:rPr>
                <w:sz w:val="17"/>
              </w:rPr>
              <w:t>Red if forecast overspend &gt;10%</w:t>
            </w:r>
          </w:p>
        </w:tc>
      </w:tr>
      <w:tr w:rsidR="00343C67" w14:paraId="578388B1" w14:textId="77777777">
        <w:trPr>
          <w:jc w:val="center"/>
        </w:trPr>
        <w:tc>
          <w:tcPr>
            <w:tcW w:w="2484" w:type="dxa"/>
            <w:vAlign w:val="center"/>
          </w:tcPr>
          <w:p w14:paraId="768082C9" w14:textId="77777777" w:rsidR="00343C67" w:rsidRDefault="00D775A7">
            <w:r>
              <w:rPr>
                <w:sz w:val="17"/>
              </w:rPr>
              <w:t>Planned investment spend vs budget</w:t>
            </w:r>
          </w:p>
        </w:tc>
        <w:tc>
          <w:tcPr>
            <w:tcW w:w="2484" w:type="dxa"/>
            <w:vAlign w:val="center"/>
          </w:tcPr>
          <w:p w14:paraId="3B26407F" w14:textId="77777777" w:rsidR="00343C67" w:rsidRDefault="00D775A7">
            <w:r>
              <w:rPr>
                <w:sz w:val="17"/>
              </w:rPr>
              <w:t>Within programme</w:t>
            </w:r>
          </w:p>
        </w:tc>
        <w:tc>
          <w:tcPr>
            <w:tcW w:w="2484" w:type="dxa"/>
            <w:vAlign w:val="center"/>
          </w:tcPr>
          <w:p w14:paraId="45851C22" w14:textId="77777777" w:rsidR="00343C67" w:rsidRDefault="00D775A7">
            <w:r>
              <w:rPr>
                <w:sz w:val="17"/>
              </w:rPr>
              <w:t>Quarterly</w:t>
            </w:r>
          </w:p>
        </w:tc>
        <w:tc>
          <w:tcPr>
            <w:tcW w:w="2484" w:type="dxa"/>
            <w:vAlign w:val="center"/>
          </w:tcPr>
          <w:p w14:paraId="1E950F95" w14:textId="77777777" w:rsidR="00343C67" w:rsidRDefault="00D775A7">
            <w:r>
              <w:rPr>
                <w:sz w:val="17"/>
              </w:rPr>
              <w:t>Amber if variance &gt;10%</w:t>
            </w:r>
          </w:p>
        </w:tc>
      </w:tr>
    </w:tbl>
    <w:p w14:paraId="6C1FC5AA" w14:textId="77777777" w:rsidR="00343C67" w:rsidRDefault="00D775A7">
      <w:pPr>
        <w:pStyle w:val="Heading1"/>
      </w:pPr>
      <w:r>
        <w:t>20. Five-Year Investment Programme</w:t>
      </w:r>
    </w:p>
    <w:p w14:paraId="19EF0305" w14:textId="77777777" w:rsidR="00343C67" w:rsidRDefault="00D775A7">
      <w:r>
        <w:t>The following is a planning framework, not committed expenditure. Values should be added following the stock condition survey, lifecycle review, approved budgets and available reserves.</w:t>
      </w:r>
    </w:p>
    <w:tbl>
      <w:tblPr>
        <w:tblStyle w:val="TableGrid"/>
        <w:tblW w:w="0" w:type="auto"/>
        <w:jc w:val="center"/>
        <w:tblLook w:val="04A0" w:firstRow="1" w:lastRow="0" w:firstColumn="1" w:lastColumn="0" w:noHBand="0" w:noVBand="1"/>
      </w:tblPr>
      <w:tblGrid>
        <w:gridCol w:w="1414"/>
        <w:gridCol w:w="1445"/>
        <w:gridCol w:w="1415"/>
        <w:gridCol w:w="1415"/>
        <w:gridCol w:w="1414"/>
        <w:gridCol w:w="1416"/>
        <w:gridCol w:w="1407"/>
      </w:tblGrid>
      <w:tr w:rsidR="00343C67" w14:paraId="66434290" w14:textId="77777777">
        <w:trPr>
          <w:jc w:val="center"/>
        </w:trPr>
        <w:tc>
          <w:tcPr>
            <w:tcW w:w="1419" w:type="dxa"/>
            <w:shd w:val="clear" w:color="auto" w:fill="D9EAD3"/>
            <w:vAlign w:val="center"/>
          </w:tcPr>
          <w:p w14:paraId="01539ED4" w14:textId="77777777" w:rsidR="00343C67" w:rsidRDefault="00D775A7">
            <w:r>
              <w:rPr>
                <w:b/>
                <w:sz w:val="18"/>
              </w:rPr>
              <w:t>Investment area</w:t>
            </w:r>
          </w:p>
        </w:tc>
        <w:tc>
          <w:tcPr>
            <w:tcW w:w="1419" w:type="dxa"/>
            <w:shd w:val="clear" w:color="auto" w:fill="D9EAD3"/>
            <w:vAlign w:val="center"/>
          </w:tcPr>
          <w:p w14:paraId="0000CD7D" w14:textId="77777777" w:rsidR="00343C67" w:rsidRDefault="00D775A7">
            <w:r>
              <w:rPr>
                <w:b/>
                <w:sz w:val="18"/>
              </w:rPr>
              <w:t>2026/27</w:t>
            </w:r>
          </w:p>
        </w:tc>
        <w:tc>
          <w:tcPr>
            <w:tcW w:w="1419" w:type="dxa"/>
            <w:shd w:val="clear" w:color="auto" w:fill="D9EAD3"/>
            <w:vAlign w:val="center"/>
          </w:tcPr>
          <w:p w14:paraId="39D7D6CE" w14:textId="77777777" w:rsidR="00343C67" w:rsidRDefault="00D775A7">
            <w:r>
              <w:rPr>
                <w:b/>
                <w:sz w:val="18"/>
              </w:rPr>
              <w:t>2027/28</w:t>
            </w:r>
          </w:p>
        </w:tc>
        <w:tc>
          <w:tcPr>
            <w:tcW w:w="1419" w:type="dxa"/>
            <w:shd w:val="clear" w:color="auto" w:fill="D9EAD3"/>
            <w:vAlign w:val="center"/>
          </w:tcPr>
          <w:p w14:paraId="28586A20" w14:textId="77777777" w:rsidR="00343C67" w:rsidRDefault="00D775A7">
            <w:r>
              <w:rPr>
                <w:b/>
                <w:sz w:val="18"/>
              </w:rPr>
              <w:t>2028/29</w:t>
            </w:r>
          </w:p>
        </w:tc>
        <w:tc>
          <w:tcPr>
            <w:tcW w:w="1419" w:type="dxa"/>
            <w:shd w:val="clear" w:color="auto" w:fill="D9EAD3"/>
            <w:vAlign w:val="center"/>
          </w:tcPr>
          <w:p w14:paraId="62EC0D76" w14:textId="77777777" w:rsidR="00343C67" w:rsidRDefault="00D775A7">
            <w:r>
              <w:rPr>
                <w:b/>
                <w:sz w:val="18"/>
              </w:rPr>
              <w:t>2029/30</w:t>
            </w:r>
          </w:p>
        </w:tc>
        <w:tc>
          <w:tcPr>
            <w:tcW w:w="1419" w:type="dxa"/>
            <w:shd w:val="clear" w:color="auto" w:fill="D9EAD3"/>
            <w:vAlign w:val="center"/>
          </w:tcPr>
          <w:p w14:paraId="14CD5EC8" w14:textId="77777777" w:rsidR="00343C67" w:rsidRDefault="00D775A7">
            <w:r>
              <w:rPr>
                <w:b/>
                <w:sz w:val="18"/>
              </w:rPr>
              <w:t>2030/31</w:t>
            </w:r>
          </w:p>
        </w:tc>
        <w:tc>
          <w:tcPr>
            <w:tcW w:w="1419" w:type="dxa"/>
            <w:shd w:val="clear" w:color="auto" w:fill="D9EAD3"/>
            <w:vAlign w:val="center"/>
          </w:tcPr>
          <w:p w14:paraId="25B9DC40" w14:textId="77777777" w:rsidR="00343C67" w:rsidRDefault="00D775A7">
            <w:r>
              <w:rPr>
                <w:b/>
                <w:sz w:val="18"/>
              </w:rPr>
              <w:t>Priority</w:t>
            </w:r>
          </w:p>
        </w:tc>
      </w:tr>
      <w:tr w:rsidR="00343C67" w14:paraId="0A7CFEED" w14:textId="77777777">
        <w:trPr>
          <w:jc w:val="center"/>
        </w:trPr>
        <w:tc>
          <w:tcPr>
            <w:tcW w:w="1419" w:type="dxa"/>
            <w:vAlign w:val="center"/>
          </w:tcPr>
          <w:p w14:paraId="3D5D7ACF" w14:textId="77777777" w:rsidR="00343C67" w:rsidRDefault="00D775A7">
            <w:r>
              <w:rPr>
                <w:sz w:val="17"/>
              </w:rPr>
              <w:t>Safety / compliance</w:t>
            </w:r>
          </w:p>
        </w:tc>
        <w:tc>
          <w:tcPr>
            <w:tcW w:w="1419" w:type="dxa"/>
            <w:vAlign w:val="center"/>
          </w:tcPr>
          <w:p w14:paraId="463D31A3" w14:textId="77777777" w:rsidR="00343C67" w:rsidRDefault="00D775A7">
            <w:r>
              <w:rPr>
                <w:sz w:val="17"/>
              </w:rPr>
              <w:t>Baseline &amp; urgent</w:t>
            </w:r>
          </w:p>
        </w:tc>
        <w:tc>
          <w:tcPr>
            <w:tcW w:w="1419" w:type="dxa"/>
            <w:vAlign w:val="center"/>
          </w:tcPr>
          <w:p w14:paraId="34A61D45" w14:textId="77777777" w:rsidR="00343C67" w:rsidRDefault="00D775A7">
            <w:r>
              <w:rPr>
                <w:sz w:val="17"/>
              </w:rPr>
              <w:t>High-risk works</w:t>
            </w:r>
          </w:p>
        </w:tc>
        <w:tc>
          <w:tcPr>
            <w:tcW w:w="1419" w:type="dxa"/>
            <w:vAlign w:val="center"/>
          </w:tcPr>
          <w:p w14:paraId="63BDBED9" w14:textId="77777777" w:rsidR="00343C67" w:rsidRDefault="00D775A7">
            <w:r>
              <w:rPr>
                <w:sz w:val="17"/>
              </w:rPr>
              <w:t>Planned compliance</w:t>
            </w:r>
          </w:p>
        </w:tc>
        <w:tc>
          <w:tcPr>
            <w:tcW w:w="1419" w:type="dxa"/>
            <w:vAlign w:val="center"/>
          </w:tcPr>
          <w:p w14:paraId="014F826C" w14:textId="77777777" w:rsidR="00343C67" w:rsidRDefault="00D775A7">
            <w:r>
              <w:rPr>
                <w:sz w:val="17"/>
              </w:rPr>
              <w:t>Planned compliance</w:t>
            </w:r>
          </w:p>
        </w:tc>
        <w:tc>
          <w:tcPr>
            <w:tcW w:w="1419" w:type="dxa"/>
            <w:vAlign w:val="center"/>
          </w:tcPr>
          <w:p w14:paraId="624B18D0" w14:textId="77777777" w:rsidR="00343C67" w:rsidRDefault="00D775A7">
            <w:r>
              <w:rPr>
                <w:sz w:val="17"/>
              </w:rPr>
              <w:t>Planned compliance</w:t>
            </w:r>
          </w:p>
        </w:tc>
        <w:tc>
          <w:tcPr>
            <w:tcW w:w="1419" w:type="dxa"/>
            <w:vAlign w:val="center"/>
          </w:tcPr>
          <w:p w14:paraId="7603CA83" w14:textId="77777777" w:rsidR="00343C67" w:rsidRDefault="00D775A7">
            <w:r>
              <w:rPr>
                <w:sz w:val="17"/>
              </w:rPr>
              <w:t>1</w:t>
            </w:r>
          </w:p>
        </w:tc>
      </w:tr>
      <w:tr w:rsidR="00343C67" w14:paraId="5FC5F5E4" w14:textId="77777777">
        <w:trPr>
          <w:jc w:val="center"/>
        </w:trPr>
        <w:tc>
          <w:tcPr>
            <w:tcW w:w="1419" w:type="dxa"/>
            <w:vAlign w:val="center"/>
          </w:tcPr>
          <w:p w14:paraId="784C7CF9" w14:textId="77777777" w:rsidR="00343C67" w:rsidRDefault="00D775A7">
            <w:r>
              <w:rPr>
                <w:sz w:val="17"/>
              </w:rPr>
              <w:t>Damp, mould &amp; defects</w:t>
            </w:r>
          </w:p>
        </w:tc>
        <w:tc>
          <w:tcPr>
            <w:tcW w:w="1419" w:type="dxa"/>
            <w:vAlign w:val="center"/>
          </w:tcPr>
          <w:p w14:paraId="2963431C" w14:textId="77777777" w:rsidR="00343C67" w:rsidRDefault="00D775A7">
            <w:r>
              <w:rPr>
                <w:sz w:val="17"/>
              </w:rPr>
              <w:t>Survey/remedial</w:t>
            </w:r>
          </w:p>
        </w:tc>
        <w:tc>
          <w:tcPr>
            <w:tcW w:w="1419" w:type="dxa"/>
            <w:vAlign w:val="center"/>
          </w:tcPr>
          <w:p w14:paraId="60125D51" w14:textId="77777777" w:rsidR="00343C67" w:rsidRDefault="00D775A7">
            <w:r>
              <w:rPr>
                <w:sz w:val="17"/>
              </w:rPr>
              <w:t>Major targeted works</w:t>
            </w:r>
          </w:p>
        </w:tc>
        <w:tc>
          <w:tcPr>
            <w:tcW w:w="1419" w:type="dxa"/>
            <w:vAlign w:val="center"/>
          </w:tcPr>
          <w:p w14:paraId="3B92C597" w14:textId="77777777" w:rsidR="00343C67" w:rsidRDefault="00D775A7">
            <w:r>
              <w:rPr>
                <w:sz w:val="17"/>
              </w:rPr>
              <w:t>Preventative</w:t>
            </w:r>
          </w:p>
        </w:tc>
        <w:tc>
          <w:tcPr>
            <w:tcW w:w="1419" w:type="dxa"/>
            <w:vAlign w:val="center"/>
          </w:tcPr>
          <w:p w14:paraId="08B3118B" w14:textId="77777777" w:rsidR="00343C67" w:rsidRDefault="00D775A7">
            <w:r>
              <w:rPr>
                <w:sz w:val="17"/>
              </w:rPr>
              <w:t>Preventative</w:t>
            </w:r>
          </w:p>
        </w:tc>
        <w:tc>
          <w:tcPr>
            <w:tcW w:w="1419" w:type="dxa"/>
            <w:vAlign w:val="center"/>
          </w:tcPr>
          <w:p w14:paraId="58B4B33F" w14:textId="77777777" w:rsidR="00343C67" w:rsidRDefault="00D775A7">
            <w:r>
              <w:rPr>
                <w:sz w:val="17"/>
              </w:rPr>
              <w:t>Review/renew</w:t>
            </w:r>
          </w:p>
        </w:tc>
        <w:tc>
          <w:tcPr>
            <w:tcW w:w="1419" w:type="dxa"/>
            <w:vAlign w:val="center"/>
          </w:tcPr>
          <w:p w14:paraId="274D691B" w14:textId="77777777" w:rsidR="00343C67" w:rsidRDefault="00D775A7">
            <w:r>
              <w:rPr>
                <w:sz w:val="17"/>
              </w:rPr>
              <w:t>1</w:t>
            </w:r>
          </w:p>
        </w:tc>
      </w:tr>
      <w:tr w:rsidR="00343C67" w14:paraId="33C4E0D3" w14:textId="77777777">
        <w:trPr>
          <w:jc w:val="center"/>
        </w:trPr>
        <w:tc>
          <w:tcPr>
            <w:tcW w:w="1419" w:type="dxa"/>
            <w:vAlign w:val="center"/>
          </w:tcPr>
          <w:p w14:paraId="487717CD" w14:textId="77777777" w:rsidR="00343C67" w:rsidRDefault="00D775A7">
            <w:r>
              <w:rPr>
                <w:sz w:val="17"/>
              </w:rPr>
              <w:t>Roofs / external fabric</w:t>
            </w:r>
          </w:p>
        </w:tc>
        <w:tc>
          <w:tcPr>
            <w:tcW w:w="1419" w:type="dxa"/>
            <w:vAlign w:val="center"/>
          </w:tcPr>
          <w:p w14:paraId="1BD8E380" w14:textId="77777777" w:rsidR="00343C67" w:rsidRDefault="00D775A7">
            <w:r>
              <w:rPr>
                <w:sz w:val="17"/>
              </w:rPr>
              <w:t>Survey/prioritise</w:t>
            </w:r>
          </w:p>
        </w:tc>
        <w:tc>
          <w:tcPr>
            <w:tcW w:w="1419" w:type="dxa"/>
            <w:vAlign w:val="center"/>
          </w:tcPr>
          <w:p w14:paraId="6A9C58AC" w14:textId="77777777" w:rsidR="00343C67" w:rsidRDefault="00D775A7">
            <w:r>
              <w:rPr>
                <w:sz w:val="17"/>
              </w:rPr>
              <w:t>Priority replacements</w:t>
            </w:r>
          </w:p>
        </w:tc>
        <w:tc>
          <w:tcPr>
            <w:tcW w:w="1419" w:type="dxa"/>
            <w:vAlign w:val="center"/>
          </w:tcPr>
          <w:p w14:paraId="0B02C103" w14:textId="77777777" w:rsidR="00343C67" w:rsidRDefault="00D775A7">
            <w:r>
              <w:rPr>
                <w:sz w:val="17"/>
              </w:rPr>
              <w:t>Lifecycle</w:t>
            </w:r>
          </w:p>
        </w:tc>
        <w:tc>
          <w:tcPr>
            <w:tcW w:w="1419" w:type="dxa"/>
            <w:vAlign w:val="center"/>
          </w:tcPr>
          <w:p w14:paraId="03B3539B" w14:textId="77777777" w:rsidR="00343C67" w:rsidRDefault="00D775A7">
            <w:r>
              <w:rPr>
                <w:sz w:val="17"/>
              </w:rPr>
              <w:t>Lifecycle</w:t>
            </w:r>
          </w:p>
        </w:tc>
        <w:tc>
          <w:tcPr>
            <w:tcW w:w="1419" w:type="dxa"/>
            <w:vAlign w:val="center"/>
          </w:tcPr>
          <w:p w14:paraId="119B07AD" w14:textId="77777777" w:rsidR="00343C67" w:rsidRDefault="00D775A7">
            <w:r>
              <w:rPr>
                <w:sz w:val="17"/>
              </w:rPr>
              <w:t>Lifecycle</w:t>
            </w:r>
          </w:p>
        </w:tc>
        <w:tc>
          <w:tcPr>
            <w:tcW w:w="1419" w:type="dxa"/>
            <w:vAlign w:val="center"/>
          </w:tcPr>
          <w:p w14:paraId="03822B54" w14:textId="77777777" w:rsidR="00343C67" w:rsidRDefault="00D775A7">
            <w:r>
              <w:rPr>
                <w:sz w:val="17"/>
              </w:rPr>
              <w:t>2/3</w:t>
            </w:r>
          </w:p>
        </w:tc>
      </w:tr>
      <w:tr w:rsidR="00343C67" w14:paraId="0437C435" w14:textId="77777777">
        <w:trPr>
          <w:jc w:val="center"/>
        </w:trPr>
        <w:tc>
          <w:tcPr>
            <w:tcW w:w="1419" w:type="dxa"/>
            <w:vAlign w:val="center"/>
          </w:tcPr>
          <w:p w14:paraId="22F1D80B" w14:textId="77777777" w:rsidR="00343C67" w:rsidRDefault="00D775A7">
            <w:r>
              <w:rPr>
                <w:sz w:val="17"/>
              </w:rPr>
              <w:t>Heating &amp; hot water</w:t>
            </w:r>
          </w:p>
        </w:tc>
        <w:tc>
          <w:tcPr>
            <w:tcW w:w="1419" w:type="dxa"/>
            <w:vAlign w:val="center"/>
          </w:tcPr>
          <w:p w14:paraId="32F9EC39" w14:textId="77777777" w:rsidR="00343C67" w:rsidRDefault="00D775A7">
            <w:r>
              <w:rPr>
                <w:sz w:val="17"/>
              </w:rPr>
              <w:t>Condition baseline</w:t>
            </w:r>
          </w:p>
        </w:tc>
        <w:tc>
          <w:tcPr>
            <w:tcW w:w="1419" w:type="dxa"/>
            <w:vAlign w:val="center"/>
          </w:tcPr>
          <w:p w14:paraId="38E81276" w14:textId="77777777" w:rsidR="00343C67" w:rsidRDefault="00D775A7">
            <w:r>
              <w:rPr>
                <w:sz w:val="17"/>
              </w:rPr>
              <w:t>Priority replacements</w:t>
            </w:r>
          </w:p>
        </w:tc>
        <w:tc>
          <w:tcPr>
            <w:tcW w:w="1419" w:type="dxa"/>
            <w:vAlign w:val="center"/>
          </w:tcPr>
          <w:p w14:paraId="3A1904D8" w14:textId="77777777" w:rsidR="00343C67" w:rsidRDefault="00D775A7">
            <w:r>
              <w:rPr>
                <w:sz w:val="17"/>
              </w:rPr>
              <w:t>Planned replacements</w:t>
            </w:r>
          </w:p>
        </w:tc>
        <w:tc>
          <w:tcPr>
            <w:tcW w:w="1419" w:type="dxa"/>
            <w:vAlign w:val="center"/>
          </w:tcPr>
          <w:p w14:paraId="6CDBB359" w14:textId="77777777" w:rsidR="00343C67" w:rsidRDefault="00D775A7">
            <w:r>
              <w:rPr>
                <w:sz w:val="17"/>
              </w:rPr>
              <w:t>Energy upgrades</w:t>
            </w:r>
          </w:p>
        </w:tc>
        <w:tc>
          <w:tcPr>
            <w:tcW w:w="1419" w:type="dxa"/>
            <w:vAlign w:val="center"/>
          </w:tcPr>
          <w:p w14:paraId="437C5837" w14:textId="77777777" w:rsidR="00343C67" w:rsidRDefault="00D775A7">
            <w:r>
              <w:rPr>
                <w:sz w:val="17"/>
              </w:rPr>
              <w:t>Planned replacements</w:t>
            </w:r>
          </w:p>
        </w:tc>
        <w:tc>
          <w:tcPr>
            <w:tcW w:w="1419" w:type="dxa"/>
            <w:vAlign w:val="center"/>
          </w:tcPr>
          <w:p w14:paraId="14510BA0" w14:textId="77777777" w:rsidR="00343C67" w:rsidRDefault="00D775A7">
            <w:r>
              <w:rPr>
                <w:sz w:val="17"/>
              </w:rPr>
              <w:t>2/4</w:t>
            </w:r>
          </w:p>
        </w:tc>
      </w:tr>
      <w:tr w:rsidR="00343C67" w14:paraId="25680DE4" w14:textId="77777777">
        <w:trPr>
          <w:jc w:val="center"/>
        </w:trPr>
        <w:tc>
          <w:tcPr>
            <w:tcW w:w="1419" w:type="dxa"/>
            <w:vAlign w:val="center"/>
          </w:tcPr>
          <w:p w14:paraId="6A6ED8E1" w14:textId="77777777" w:rsidR="00343C67" w:rsidRDefault="00D775A7">
            <w:r>
              <w:rPr>
                <w:sz w:val="17"/>
              </w:rPr>
              <w:t>Electrical installations</w:t>
            </w:r>
          </w:p>
        </w:tc>
        <w:tc>
          <w:tcPr>
            <w:tcW w:w="1419" w:type="dxa"/>
            <w:vAlign w:val="center"/>
          </w:tcPr>
          <w:p w14:paraId="39830F59" w14:textId="77777777" w:rsidR="00343C67" w:rsidRDefault="00D775A7">
            <w:r>
              <w:rPr>
                <w:sz w:val="17"/>
              </w:rPr>
              <w:t>Data validation</w:t>
            </w:r>
          </w:p>
        </w:tc>
        <w:tc>
          <w:tcPr>
            <w:tcW w:w="1419" w:type="dxa"/>
            <w:vAlign w:val="center"/>
          </w:tcPr>
          <w:p w14:paraId="73F09A7A" w14:textId="77777777" w:rsidR="00343C67" w:rsidRDefault="00D775A7">
            <w:r>
              <w:rPr>
                <w:sz w:val="17"/>
              </w:rPr>
              <w:t>Priority works</w:t>
            </w:r>
          </w:p>
        </w:tc>
        <w:tc>
          <w:tcPr>
            <w:tcW w:w="1419" w:type="dxa"/>
            <w:vAlign w:val="center"/>
          </w:tcPr>
          <w:p w14:paraId="70632FA8" w14:textId="77777777" w:rsidR="00343C67" w:rsidRDefault="00D775A7">
            <w:r>
              <w:rPr>
                <w:sz w:val="17"/>
              </w:rPr>
              <w:t>Planned works</w:t>
            </w:r>
          </w:p>
        </w:tc>
        <w:tc>
          <w:tcPr>
            <w:tcW w:w="1419" w:type="dxa"/>
            <w:vAlign w:val="center"/>
          </w:tcPr>
          <w:p w14:paraId="28282B41" w14:textId="77777777" w:rsidR="00343C67" w:rsidRDefault="00D775A7">
            <w:r>
              <w:rPr>
                <w:sz w:val="17"/>
              </w:rPr>
              <w:t>Planned works</w:t>
            </w:r>
          </w:p>
        </w:tc>
        <w:tc>
          <w:tcPr>
            <w:tcW w:w="1419" w:type="dxa"/>
            <w:vAlign w:val="center"/>
          </w:tcPr>
          <w:p w14:paraId="281033C2" w14:textId="77777777" w:rsidR="00343C67" w:rsidRDefault="00D775A7">
            <w:r>
              <w:rPr>
                <w:sz w:val="17"/>
              </w:rPr>
              <w:t>Planned works</w:t>
            </w:r>
          </w:p>
        </w:tc>
        <w:tc>
          <w:tcPr>
            <w:tcW w:w="1419" w:type="dxa"/>
            <w:vAlign w:val="center"/>
          </w:tcPr>
          <w:p w14:paraId="109E5679" w14:textId="77777777" w:rsidR="00343C67" w:rsidRDefault="00D775A7">
            <w:r>
              <w:rPr>
                <w:sz w:val="17"/>
              </w:rPr>
              <w:t>1/3</w:t>
            </w:r>
          </w:p>
        </w:tc>
      </w:tr>
      <w:tr w:rsidR="00343C67" w14:paraId="6CA13831" w14:textId="77777777">
        <w:trPr>
          <w:jc w:val="center"/>
        </w:trPr>
        <w:tc>
          <w:tcPr>
            <w:tcW w:w="1419" w:type="dxa"/>
            <w:vAlign w:val="center"/>
          </w:tcPr>
          <w:p w14:paraId="23E9A491" w14:textId="77777777" w:rsidR="00343C67" w:rsidRDefault="00D775A7">
            <w:r>
              <w:rPr>
                <w:sz w:val="17"/>
              </w:rPr>
              <w:t>Kitchens / bathrooms</w:t>
            </w:r>
          </w:p>
        </w:tc>
        <w:tc>
          <w:tcPr>
            <w:tcW w:w="1419" w:type="dxa"/>
            <w:vAlign w:val="center"/>
          </w:tcPr>
          <w:p w14:paraId="555B261E" w14:textId="77777777" w:rsidR="00343C67" w:rsidRDefault="00D775A7">
            <w:r>
              <w:rPr>
                <w:sz w:val="17"/>
              </w:rPr>
              <w:t>Condition survey</w:t>
            </w:r>
          </w:p>
        </w:tc>
        <w:tc>
          <w:tcPr>
            <w:tcW w:w="1419" w:type="dxa"/>
            <w:vAlign w:val="center"/>
          </w:tcPr>
          <w:p w14:paraId="24D225C4" w14:textId="77777777" w:rsidR="00343C67" w:rsidRDefault="00D775A7">
            <w:r>
              <w:rPr>
                <w:sz w:val="17"/>
              </w:rPr>
              <w:t>Priority renewals</w:t>
            </w:r>
          </w:p>
        </w:tc>
        <w:tc>
          <w:tcPr>
            <w:tcW w:w="1419" w:type="dxa"/>
            <w:vAlign w:val="center"/>
          </w:tcPr>
          <w:p w14:paraId="2CFF9404" w14:textId="77777777" w:rsidR="00343C67" w:rsidRDefault="00D775A7">
            <w:r>
              <w:rPr>
                <w:sz w:val="17"/>
              </w:rPr>
              <w:t>Planned renewals</w:t>
            </w:r>
          </w:p>
        </w:tc>
        <w:tc>
          <w:tcPr>
            <w:tcW w:w="1419" w:type="dxa"/>
            <w:vAlign w:val="center"/>
          </w:tcPr>
          <w:p w14:paraId="63DE1FB0" w14:textId="77777777" w:rsidR="00343C67" w:rsidRDefault="00D775A7">
            <w:r>
              <w:rPr>
                <w:sz w:val="17"/>
              </w:rPr>
              <w:t>Planned renewals</w:t>
            </w:r>
          </w:p>
        </w:tc>
        <w:tc>
          <w:tcPr>
            <w:tcW w:w="1419" w:type="dxa"/>
            <w:vAlign w:val="center"/>
          </w:tcPr>
          <w:p w14:paraId="5B7292A7" w14:textId="77777777" w:rsidR="00343C67" w:rsidRDefault="00D775A7">
            <w:r>
              <w:rPr>
                <w:sz w:val="17"/>
              </w:rPr>
              <w:t>Planned renewals</w:t>
            </w:r>
          </w:p>
        </w:tc>
        <w:tc>
          <w:tcPr>
            <w:tcW w:w="1419" w:type="dxa"/>
            <w:vAlign w:val="center"/>
          </w:tcPr>
          <w:p w14:paraId="55710A33" w14:textId="77777777" w:rsidR="00343C67" w:rsidRDefault="00D775A7">
            <w:r>
              <w:rPr>
                <w:sz w:val="17"/>
              </w:rPr>
              <w:t>2/3</w:t>
            </w:r>
          </w:p>
        </w:tc>
      </w:tr>
      <w:tr w:rsidR="00343C67" w14:paraId="61292628" w14:textId="77777777">
        <w:trPr>
          <w:jc w:val="center"/>
        </w:trPr>
        <w:tc>
          <w:tcPr>
            <w:tcW w:w="1419" w:type="dxa"/>
            <w:vAlign w:val="center"/>
          </w:tcPr>
          <w:p w14:paraId="7FF59EB1" w14:textId="77777777" w:rsidR="00343C67" w:rsidRDefault="00D775A7">
            <w:r>
              <w:rPr>
                <w:sz w:val="17"/>
              </w:rPr>
              <w:t>Windows / doors</w:t>
            </w:r>
          </w:p>
        </w:tc>
        <w:tc>
          <w:tcPr>
            <w:tcW w:w="1419" w:type="dxa"/>
            <w:vAlign w:val="center"/>
          </w:tcPr>
          <w:p w14:paraId="0CD5E5EA" w14:textId="77777777" w:rsidR="00343C67" w:rsidRDefault="00D775A7">
            <w:r>
              <w:rPr>
                <w:sz w:val="17"/>
              </w:rPr>
              <w:t>Condition survey</w:t>
            </w:r>
          </w:p>
        </w:tc>
        <w:tc>
          <w:tcPr>
            <w:tcW w:w="1419" w:type="dxa"/>
            <w:vAlign w:val="center"/>
          </w:tcPr>
          <w:p w14:paraId="04E1EDFF" w14:textId="77777777" w:rsidR="00343C67" w:rsidRDefault="00D775A7">
            <w:r>
              <w:rPr>
                <w:sz w:val="17"/>
              </w:rPr>
              <w:t>Priority replacements</w:t>
            </w:r>
          </w:p>
        </w:tc>
        <w:tc>
          <w:tcPr>
            <w:tcW w:w="1419" w:type="dxa"/>
            <w:vAlign w:val="center"/>
          </w:tcPr>
          <w:p w14:paraId="6A73F4A6" w14:textId="77777777" w:rsidR="00343C67" w:rsidRDefault="00D775A7">
            <w:r>
              <w:rPr>
                <w:sz w:val="17"/>
              </w:rPr>
              <w:t>Planned replacements</w:t>
            </w:r>
          </w:p>
        </w:tc>
        <w:tc>
          <w:tcPr>
            <w:tcW w:w="1419" w:type="dxa"/>
            <w:vAlign w:val="center"/>
          </w:tcPr>
          <w:p w14:paraId="7D7D7A2A" w14:textId="77777777" w:rsidR="00343C67" w:rsidRDefault="00D775A7">
            <w:r>
              <w:rPr>
                <w:sz w:val="17"/>
              </w:rPr>
              <w:t>Energy programme</w:t>
            </w:r>
          </w:p>
        </w:tc>
        <w:tc>
          <w:tcPr>
            <w:tcW w:w="1419" w:type="dxa"/>
            <w:vAlign w:val="center"/>
          </w:tcPr>
          <w:p w14:paraId="51C492BF" w14:textId="77777777" w:rsidR="00343C67" w:rsidRDefault="00D775A7">
            <w:r>
              <w:rPr>
                <w:sz w:val="17"/>
              </w:rPr>
              <w:t>Planned replacements</w:t>
            </w:r>
          </w:p>
        </w:tc>
        <w:tc>
          <w:tcPr>
            <w:tcW w:w="1419" w:type="dxa"/>
            <w:vAlign w:val="center"/>
          </w:tcPr>
          <w:p w14:paraId="7D3E7C07" w14:textId="77777777" w:rsidR="00343C67" w:rsidRDefault="00D775A7">
            <w:r>
              <w:rPr>
                <w:sz w:val="17"/>
              </w:rPr>
              <w:t>3/4</w:t>
            </w:r>
          </w:p>
        </w:tc>
      </w:tr>
      <w:tr w:rsidR="00343C67" w14:paraId="0324AA6F" w14:textId="77777777">
        <w:trPr>
          <w:jc w:val="center"/>
        </w:trPr>
        <w:tc>
          <w:tcPr>
            <w:tcW w:w="1419" w:type="dxa"/>
            <w:vAlign w:val="center"/>
          </w:tcPr>
          <w:p w14:paraId="02A9B210" w14:textId="77777777" w:rsidR="00343C67" w:rsidRDefault="00D775A7">
            <w:r>
              <w:rPr>
                <w:sz w:val="17"/>
              </w:rPr>
              <w:t>Energy efficiency / EPC</w:t>
            </w:r>
          </w:p>
        </w:tc>
        <w:tc>
          <w:tcPr>
            <w:tcW w:w="1419" w:type="dxa"/>
            <w:vAlign w:val="center"/>
          </w:tcPr>
          <w:p w14:paraId="4320C802" w14:textId="77777777" w:rsidR="00343C67" w:rsidRDefault="00D775A7">
            <w:r>
              <w:rPr>
                <w:sz w:val="17"/>
              </w:rPr>
              <w:t>Baseline</w:t>
            </w:r>
          </w:p>
        </w:tc>
        <w:tc>
          <w:tcPr>
            <w:tcW w:w="1419" w:type="dxa"/>
            <w:vAlign w:val="center"/>
          </w:tcPr>
          <w:p w14:paraId="5BA5D768" w14:textId="77777777" w:rsidR="00343C67" w:rsidRDefault="00D775A7">
            <w:r>
              <w:rPr>
                <w:sz w:val="17"/>
              </w:rPr>
              <w:t>Priority low EPC</w:t>
            </w:r>
          </w:p>
        </w:tc>
        <w:tc>
          <w:tcPr>
            <w:tcW w:w="1419" w:type="dxa"/>
            <w:vAlign w:val="center"/>
          </w:tcPr>
          <w:p w14:paraId="0445AA18" w14:textId="77777777" w:rsidR="00343C67" w:rsidRDefault="00D775A7">
            <w:r>
              <w:rPr>
                <w:sz w:val="17"/>
              </w:rPr>
              <w:t>Fabric-first programme</w:t>
            </w:r>
          </w:p>
        </w:tc>
        <w:tc>
          <w:tcPr>
            <w:tcW w:w="1419" w:type="dxa"/>
            <w:vAlign w:val="center"/>
          </w:tcPr>
          <w:p w14:paraId="7F9B111D" w14:textId="77777777" w:rsidR="00343C67" w:rsidRDefault="00D775A7">
            <w:r>
              <w:rPr>
                <w:sz w:val="17"/>
              </w:rPr>
              <w:t>Expanded programme</w:t>
            </w:r>
          </w:p>
        </w:tc>
        <w:tc>
          <w:tcPr>
            <w:tcW w:w="1419" w:type="dxa"/>
            <w:vAlign w:val="center"/>
          </w:tcPr>
          <w:p w14:paraId="7AEC80CA" w14:textId="77777777" w:rsidR="00343C67" w:rsidRDefault="00D775A7">
            <w:r>
              <w:rPr>
                <w:sz w:val="17"/>
              </w:rPr>
              <w:t>Next phase</w:t>
            </w:r>
          </w:p>
        </w:tc>
        <w:tc>
          <w:tcPr>
            <w:tcW w:w="1419" w:type="dxa"/>
            <w:vAlign w:val="center"/>
          </w:tcPr>
          <w:p w14:paraId="5E15BDF1" w14:textId="77777777" w:rsidR="00343C67" w:rsidRDefault="00D775A7">
            <w:r>
              <w:rPr>
                <w:sz w:val="17"/>
              </w:rPr>
              <w:t>4</w:t>
            </w:r>
          </w:p>
        </w:tc>
      </w:tr>
      <w:tr w:rsidR="00343C67" w14:paraId="416E8880" w14:textId="77777777">
        <w:trPr>
          <w:jc w:val="center"/>
        </w:trPr>
        <w:tc>
          <w:tcPr>
            <w:tcW w:w="1419" w:type="dxa"/>
            <w:vAlign w:val="center"/>
          </w:tcPr>
          <w:p w14:paraId="30AB1CAC" w14:textId="77777777" w:rsidR="00343C67" w:rsidRDefault="00D775A7">
            <w:r>
              <w:rPr>
                <w:sz w:val="17"/>
              </w:rPr>
              <w:t>Communal / estate works</w:t>
            </w:r>
          </w:p>
        </w:tc>
        <w:tc>
          <w:tcPr>
            <w:tcW w:w="1419" w:type="dxa"/>
            <w:vAlign w:val="center"/>
          </w:tcPr>
          <w:p w14:paraId="2F77BCBE" w14:textId="77777777" w:rsidR="00343C67" w:rsidRDefault="00D775A7">
            <w:r>
              <w:rPr>
                <w:sz w:val="17"/>
              </w:rPr>
              <w:t>Risk assessment</w:t>
            </w:r>
          </w:p>
        </w:tc>
        <w:tc>
          <w:tcPr>
            <w:tcW w:w="1419" w:type="dxa"/>
            <w:vAlign w:val="center"/>
          </w:tcPr>
          <w:p w14:paraId="1F908FBB" w14:textId="77777777" w:rsidR="00343C67" w:rsidRDefault="00D775A7">
            <w:r>
              <w:rPr>
                <w:sz w:val="17"/>
              </w:rPr>
              <w:t>Priority works</w:t>
            </w:r>
          </w:p>
        </w:tc>
        <w:tc>
          <w:tcPr>
            <w:tcW w:w="1419" w:type="dxa"/>
            <w:vAlign w:val="center"/>
          </w:tcPr>
          <w:p w14:paraId="07E6B016" w14:textId="77777777" w:rsidR="00343C67" w:rsidRDefault="00D775A7">
            <w:r>
              <w:rPr>
                <w:sz w:val="17"/>
              </w:rPr>
              <w:t>Planned works</w:t>
            </w:r>
          </w:p>
        </w:tc>
        <w:tc>
          <w:tcPr>
            <w:tcW w:w="1419" w:type="dxa"/>
            <w:vAlign w:val="center"/>
          </w:tcPr>
          <w:p w14:paraId="37FDE37B" w14:textId="77777777" w:rsidR="00343C67" w:rsidRDefault="00D775A7">
            <w:r>
              <w:rPr>
                <w:sz w:val="17"/>
              </w:rPr>
              <w:t>Planned works</w:t>
            </w:r>
          </w:p>
        </w:tc>
        <w:tc>
          <w:tcPr>
            <w:tcW w:w="1419" w:type="dxa"/>
            <w:vAlign w:val="center"/>
          </w:tcPr>
          <w:p w14:paraId="220CB4F6" w14:textId="77777777" w:rsidR="00343C67" w:rsidRDefault="00D775A7">
            <w:r>
              <w:rPr>
                <w:sz w:val="17"/>
              </w:rPr>
              <w:t>Planned works</w:t>
            </w:r>
          </w:p>
        </w:tc>
        <w:tc>
          <w:tcPr>
            <w:tcW w:w="1419" w:type="dxa"/>
            <w:vAlign w:val="center"/>
          </w:tcPr>
          <w:p w14:paraId="5C86FB96" w14:textId="77777777" w:rsidR="00343C67" w:rsidRDefault="00D775A7">
            <w:r>
              <w:rPr>
                <w:sz w:val="17"/>
              </w:rPr>
              <w:t>2/5</w:t>
            </w:r>
          </w:p>
        </w:tc>
      </w:tr>
      <w:tr w:rsidR="00343C67" w14:paraId="57F7C4BF" w14:textId="77777777">
        <w:trPr>
          <w:jc w:val="center"/>
        </w:trPr>
        <w:tc>
          <w:tcPr>
            <w:tcW w:w="1419" w:type="dxa"/>
            <w:vAlign w:val="center"/>
          </w:tcPr>
          <w:p w14:paraId="48777CA1" w14:textId="77777777" w:rsidR="00343C67" w:rsidRDefault="00D775A7">
            <w:r>
              <w:rPr>
                <w:sz w:val="17"/>
              </w:rPr>
              <w:t>Professional / survey costs</w:t>
            </w:r>
          </w:p>
        </w:tc>
        <w:tc>
          <w:tcPr>
            <w:tcW w:w="1419" w:type="dxa"/>
            <w:vAlign w:val="center"/>
          </w:tcPr>
          <w:p w14:paraId="2AF4F612" w14:textId="77777777" w:rsidR="00343C67" w:rsidRDefault="00D775A7">
            <w:r>
              <w:rPr>
                <w:sz w:val="17"/>
              </w:rPr>
              <w:t>Stock condition</w:t>
            </w:r>
          </w:p>
        </w:tc>
        <w:tc>
          <w:tcPr>
            <w:tcW w:w="1419" w:type="dxa"/>
            <w:vAlign w:val="center"/>
          </w:tcPr>
          <w:p w14:paraId="1290D241" w14:textId="77777777" w:rsidR="00343C67" w:rsidRDefault="00D775A7">
            <w:r>
              <w:rPr>
                <w:sz w:val="17"/>
              </w:rPr>
              <w:t>Lifecycle updates</w:t>
            </w:r>
          </w:p>
        </w:tc>
        <w:tc>
          <w:tcPr>
            <w:tcW w:w="1419" w:type="dxa"/>
            <w:vAlign w:val="center"/>
          </w:tcPr>
          <w:p w14:paraId="58DEC68D" w14:textId="77777777" w:rsidR="00343C67" w:rsidRDefault="00D775A7">
            <w:r>
              <w:rPr>
                <w:sz w:val="17"/>
              </w:rPr>
              <w:t>Targeted surveys</w:t>
            </w:r>
          </w:p>
        </w:tc>
        <w:tc>
          <w:tcPr>
            <w:tcW w:w="1419" w:type="dxa"/>
            <w:vAlign w:val="center"/>
          </w:tcPr>
          <w:p w14:paraId="7573FF3D" w14:textId="77777777" w:rsidR="00343C67" w:rsidRDefault="00D775A7">
            <w:r>
              <w:rPr>
                <w:sz w:val="17"/>
              </w:rPr>
              <w:t>Targeted surveys</w:t>
            </w:r>
          </w:p>
        </w:tc>
        <w:tc>
          <w:tcPr>
            <w:tcW w:w="1419" w:type="dxa"/>
            <w:vAlign w:val="center"/>
          </w:tcPr>
          <w:p w14:paraId="7E13B633" w14:textId="77777777" w:rsidR="00343C67" w:rsidRDefault="00D775A7">
            <w:r>
              <w:rPr>
                <w:sz w:val="17"/>
              </w:rPr>
              <w:t>Strategy review</w:t>
            </w:r>
          </w:p>
        </w:tc>
        <w:tc>
          <w:tcPr>
            <w:tcW w:w="1419" w:type="dxa"/>
            <w:vAlign w:val="center"/>
          </w:tcPr>
          <w:p w14:paraId="5541CA39" w14:textId="77777777" w:rsidR="00343C67" w:rsidRDefault="00D775A7">
            <w:r>
              <w:rPr>
                <w:sz w:val="17"/>
              </w:rPr>
              <w:t>Enabler</w:t>
            </w:r>
          </w:p>
        </w:tc>
      </w:tr>
    </w:tbl>
    <w:p w14:paraId="5743BDA2" w14:textId="77777777" w:rsidR="00343C67" w:rsidRDefault="00D775A7">
      <w:r>
        <w:rPr>
          <w:b/>
        </w:rPr>
        <w:t>Investment priorities should be reviewed annually against stock condition, statutory requirements, repairs data, funding availability and resident needs. A detailed costed programme should be appended once the baseline survey is complete.</w:t>
      </w:r>
    </w:p>
    <w:p w14:paraId="5CCEDF6B" w14:textId="77777777" w:rsidR="00343C67" w:rsidRDefault="00D775A7">
      <w:pPr>
        <w:pStyle w:val="Heading1"/>
      </w:pPr>
      <w:r>
        <w:t>21. Annual Review</w:t>
      </w:r>
    </w:p>
    <w:p w14:paraId="075DF779" w14:textId="77777777" w:rsidR="00343C67" w:rsidRDefault="00D775A7">
      <w:r>
        <w:t>The strategy will be reviewed at least annually, considering legislative and regulatory changes, stock condition, financial resources, repairs performance, Awaab's Law performance, energy efficiency, Decent Homes compliance, resident feedback and progress against the delivery plan.</w:t>
      </w:r>
    </w:p>
    <w:p w14:paraId="3AEB8A24" w14:textId="77777777" w:rsidR="00343C67" w:rsidRDefault="00D775A7">
      <w:pPr>
        <w:pStyle w:val="Heading1"/>
      </w:pPr>
      <w:r>
        <w:lastRenderedPageBreak/>
        <w:t>22. Conclusion</w:t>
      </w:r>
    </w:p>
    <w:p w14:paraId="791F4EDB" w14:textId="77777777" w:rsidR="00343C67" w:rsidRDefault="00D775A7">
      <w:r>
        <w:t>Ross Walk Housing Cooperative's housing stock is a long-term community asset. Its ageing nature means reactive repairs alone are unlikely to provide the most sustainable or cost-effective approach. This strategy establishes a transition towards planned, preventative and risk-based asset management, with safe and decent homes, Awaab's Law readiness, energy efficiency and lifecycle investment at its core.</w:t>
      </w:r>
    </w:p>
    <w:p w14:paraId="41212836" w14:textId="77777777" w:rsidR="00343C67" w:rsidRDefault="00343C67"/>
    <w:p w14:paraId="301074D0" w14:textId="77777777" w:rsidR="00343C67" w:rsidRDefault="00D775A7">
      <w:pPr>
        <w:pStyle w:val="Title"/>
      </w:pPr>
      <w:r>
        <w:t>Document Control and Approval</w:t>
      </w:r>
    </w:p>
    <w:tbl>
      <w:tblPr>
        <w:tblStyle w:val="TableGrid"/>
        <w:tblW w:w="0" w:type="auto"/>
        <w:jc w:val="center"/>
        <w:tblLook w:val="04A0" w:firstRow="1" w:lastRow="0" w:firstColumn="1" w:lastColumn="0" w:noHBand="0" w:noVBand="1"/>
      </w:tblPr>
      <w:tblGrid>
        <w:gridCol w:w="4963"/>
        <w:gridCol w:w="4963"/>
      </w:tblGrid>
      <w:tr w:rsidR="00343C67" w14:paraId="70569650" w14:textId="77777777">
        <w:trPr>
          <w:jc w:val="center"/>
        </w:trPr>
        <w:tc>
          <w:tcPr>
            <w:tcW w:w="4968" w:type="dxa"/>
            <w:shd w:val="clear" w:color="auto" w:fill="D9EAD3"/>
            <w:vAlign w:val="center"/>
          </w:tcPr>
          <w:p w14:paraId="025E1733" w14:textId="77777777" w:rsidR="00343C67" w:rsidRDefault="00D775A7">
            <w:r>
              <w:rPr>
                <w:b/>
                <w:sz w:val="18"/>
              </w:rPr>
              <w:t>Item</w:t>
            </w:r>
          </w:p>
        </w:tc>
        <w:tc>
          <w:tcPr>
            <w:tcW w:w="4968" w:type="dxa"/>
            <w:shd w:val="clear" w:color="auto" w:fill="D9EAD3"/>
            <w:vAlign w:val="center"/>
          </w:tcPr>
          <w:p w14:paraId="6EACA583" w14:textId="77777777" w:rsidR="00343C67" w:rsidRDefault="00D775A7">
            <w:r>
              <w:rPr>
                <w:b/>
                <w:sz w:val="18"/>
              </w:rPr>
              <w:t>Detail</w:t>
            </w:r>
          </w:p>
        </w:tc>
      </w:tr>
      <w:tr w:rsidR="00343C67" w14:paraId="739AB149" w14:textId="77777777">
        <w:trPr>
          <w:jc w:val="center"/>
        </w:trPr>
        <w:tc>
          <w:tcPr>
            <w:tcW w:w="4968" w:type="dxa"/>
            <w:vAlign w:val="center"/>
          </w:tcPr>
          <w:p w14:paraId="44D1786B" w14:textId="77777777" w:rsidR="00343C67" w:rsidRDefault="00D775A7">
            <w:r>
              <w:rPr>
                <w:sz w:val="17"/>
              </w:rPr>
              <w:t>Document title</w:t>
            </w:r>
          </w:p>
        </w:tc>
        <w:tc>
          <w:tcPr>
            <w:tcW w:w="4968" w:type="dxa"/>
            <w:vAlign w:val="center"/>
          </w:tcPr>
          <w:p w14:paraId="3305765E" w14:textId="77777777" w:rsidR="00343C67" w:rsidRDefault="00D775A7">
            <w:r>
              <w:rPr>
                <w:sz w:val="17"/>
              </w:rPr>
              <w:t>Ross Walk Housing Cooperative Asset Management Strategy 2026–2031</w:t>
            </w:r>
          </w:p>
        </w:tc>
      </w:tr>
      <w:tr w:rsidR="00343C67" w14:paraId="3D7ECBC1" w14:textId="77777777">
        <w:trPr>
          <w:jc w:val="center"/>
        </w:trPr>
        <w:tc>
          <w:tcPr>
            <w:tcW w:w="4968" w:type="dxa"/>
            <w:vAlign w:val="center"/>
          </w:tcPr>
          <w:p w14:paraId="1090461E" w14:textId="77777777" w:rsidR="00343C67" w:rsidRDefault="00D775A7">
            <w:r>
              <w:rPr>
                <w:sz w:val="17"/>
              </w:rPr>
              <w:t>Version</w:t>
            </w:r>
          </w:p>
        </w:tc>
        <w:tc>
          <w:tcPr>
            <w:tcW w:w="4968" w:type="dxa"/>
            <w:vAlign w:val="center"/>
          </w:tcPr>
          <w:p w14:paraId="09DEA579" w14:textId="77777777" w:rsidR="00343C67" w:rsidRDefault="00D775A7">
            <w:r>
              <w:rPr>
                <w:sz w:val="17"/>
              </w:rPr>
              <w:t>1.0</w:t>
            </w:r>
          </w:p>
        </w:tc>
      </w:tr>
      <w:tr w:rsidR="00343C67" w14:paraId="4055122A" w14:textId="77777777">
        <w:trPr>
          <w:jc w:val="center"/>
        </w:trPr>
        <w:tc>
          <w:tcPr>
            <w:tcW w:w="4968" w:type="dxa"/>
            <w:vAlign w:val="center"/>
          </w:tcPr>
          <w:p w14:paraId="445B78D0" w14:textId="77777777" w:rsidR="00343C67" w:rsidRDefault="00D775A7">
            <w:r>
              <w:rPr>
                <w:sz w:val="17"/>
              </w:rPr>
              <w:t>Status</w:t>
            </w:r>
          </w:p>
        </w:tc>
        <w:tc>
          <w:tcPr>
            <w:tcW w:w="4968" w:type="dxa"/>
            <w:vAlign w:val="center"/>
          </w:tcPr>
          <w:p w14:paraId="0436AB44" w14:textId="77777777" w:rsidR="00343C67" w:rsidRDefault="00D775A7">
            <w:r>
              <w:rPr>
                <w:sz w:val="17"/>
              </w:rPr>
              <w:t>For Management Committee approval</w:t>
            </w:r>
          </w:p>
        </w:tc>
      </w:tr>
      <w:tr w:rsidR="00343C67" w14:paraId="5CDAE40D" w14:textId="77777777">
        <w:trPr>
          <w:jc w:val="center"/>
        </w:trPr>
        <w:tc>
          <w:tcPr>
            <w:tcW w:w="4968" w:type="dxa"/>
            <w:vAlign w:val="center"/>
          </w:tcPr>
          <w:p w14:paraId="1AA6B385" w14:textId="77777777" w:rsidR="00343C67" w:rsidRDefault="00D775A7">
            <w:r>
              <w:rPr>
                <w:sz w:val="17"/>
              </w:rPr>
              <w:t>Owner</w:t>
            </w:r>
          </w:p>
        </w:tc>
        <w:tc>
          <w:tcPr>
            <w:tcW w:w="4968" w:type="dxa"/>
            <w:vAlign w:val="center"/>
          </w:tcPr>
          <w:p w14:paraId="0841BC21" w14:textId="77777777" w:rsidR="00343C67" w:rsidRDefault="00D775A7">
            <w:r>
              <w:rPr>
                <w:sz w:val="17"/>
              </w:rPr>
              <w:t>Ross Walk Housing Cooperative</w:t>
            </w:r>
          </w:p>
        </w:tc>
      </w:tr>
      <w:tr w:rsidR="00343C67" w14:paraId="7DD1D6A0" w14:textId="77777777">
        <w:trPr>
          <w:jc w:val="center"/>
        </w:trPr>
        <w:tc>
          <w:tcPr>
            <w:tcW w:w="4968" w:type="dxa"/>
            <w:vAlign w:val="center"/>
          </w:tcPr>
          <w:p w14:paraId="546BAB0D" w14:textId="77777777" w:rsidR="00343C67" w:rsidRDefault="00D775A7">
            <w:r>
              <w:rPr>
                <w:sz w:val="17"/>
              </w:rPr>
              <w:t>Managing Agent</w:t>
            </w:r>
          </w:p>
        </w:tc>
        <w:tc>
          <w:tcPr>
            <w:tcW w:w="4968" w:type="dxa"/>
            <w:vAlign w:val="center"/>
          </w:tcPr>
          <w:p w14:paraId="418DF3E1" w14:textId="77777777" w:rsidR="00343C67" w:rsidRDefault="00D775A7">
            <w:r>
              <w:rPr>
                <w:sz w:val="17"/>
              </w:rPr>
              <w:t>PA Housing</w:t>
            </w:r>
          </w:p>
        </w:tc>
      </w:tr>
      <w:tr w:rsidR="00343C67" w14:paraId="58B5F14B" w14:textId="77777777">
        <w:trPr>
          <w:jc w:val="center"/>
        </w:trPr>
        <w:tc>
          <w:tcPr>
            <w:tcW w:w="4968" w:type="dxa"/>
            <w:vAlign w:val="center"/>
          </w:tcPr>
          <w:p w14:paraId="7623BACC" w14:textId="77777777" w:rsidR="00343C67" w:rsidRDefault="00D775A7">
            <w:r>
              <w:rPr>
                <w:sz w:val="17"/>
              </w:rPr>
              <w:t>Review frequency</w:t>
            </w:r>
          </w:p>
        </w:tc>
        <w:tc>
          <w:tcPr>
            <w:tcW w:w="4968" w:type="dxa"/>
            <w:vAlign w:val="center"/>
          </w:tcPr>
          <w:p w14:paraId="53C21BEB" w14:textId="77777777" w:rsidR="00343C67" w:rsidRDefault="00D775A7">
            <w:r>
              <w:rPr>
                <w:sz w:val="17"/>
              </w:rPr>
              <w:t>Annual</w:t>
            </w:r>
          </w:p>
        </w:tc>
      </w:tr>
      <w:tr w:rsidR="00343C67" w14:paraId="6D5E3AE2" w14:textId="77777777">
        <w:trPr>
          <w:jc w:val="center"/>
        </w:trPr>
        <w:tc>
          <w:tcPr>
            <w:tcW w:w="4968" w:type="dxa"/>
            <w:vAlign w:val="center"/>
          </w:tcPr>
          <w:p w14:paraId="56F6ABCD" w14:textId="77777777" w:rsidR="00343C67" w:rsidRDefault="00D775A7">
            <w:r>
              <w:rPr>
                <w:sz w:val="17"/>
              </w:rPr>
              <w:t>Next review</w:t>
            </w:r>
          </w:p>
        </w:tc>
        <w:tc>
          <w:tcPr>
            <w:tcW w:w="4968" w:type="dxa"/>
            <w:vAlign w:val="center"/>
          </w:tcPr>
          <w:p w14:paraId="5029C458" w14:textId="77777777" w:rsidR="00343C67" w:rsidRDefault="00D775A7">
            <w:r>
              <w:rPr>
                <w:sz w:val="17"/>
              </w:rPr>
              <w:t>12 months from approval</w:t>
            </w:r>
          </w:p>
        </w:tc>
      </w:tr>
    </w:tbl>
    <w:p w14:paraId="5305E4EA" w14:textId="77777777" w:rsidR="00343C67" w:rsidRDefault="00D775A7">
      <w:r>
        <w:rPr>
          <w:b/>
        </w:rPr>
        <w:br/>
        <w:t>Approval:</w:t>
      </w:r>
    </w:p>
    <w:tbl>
      <w:tblPr>
        <w:tblStyle w:val="TableGrid"/>
        <w:tblW w:w="0" w:type="auto"/>
        <w:jc w:val="center"/>
        <w:tblLook w:val="04A0" w:firstRow="1" w:lastRow="0" w:firstColumn="1" w:lastColumn="0" w:noHBand="0" w:noVBand="1"/>
      </w:tblPr>
      <w:tblGrid>
        <w:gridCol w:w="2481"/>
        <w:gridCol w:w="2482"/>
        <w:gridCol w:w="2481"/>
        <w:gridCol w:w="2482"/>
      </w:tblGrid>
      <w:tr w:rsidR="00343C67" w14:paraId="4341D2CE" w14:textId="77777777">
        <w:trPr>
          <w:jc w:val="center"/>
        </w:trPr>
        <w:tc>
          <w:tcPr>
            <w:tcW w:w="2484" w:type="dxa"/>
            <w:shd w:val="clear" w:color="auto" w:fill="D9EAD3"/>
            <w:vAlign w:val="center"/>
          </w:tcPr>
          <w:p w14:paraId="242BC5BE" w14:textId="77777777" w:rsidR="00343C67" w:rsidRDefault="00D775A7">
            <w:r>
              <w:rPr>
                <w:b/>
                <w:sz w:val="18"/>
              </w:rPr>
              <w:t>Role</w:t>
            </w:r>
          </w:p>
        </w:tc>
        <w:tc>
          <w:tcPr>
            <w:tcW w:w="2484" w:type="dxa"/>
            <w:shd w:val="clear" w:color="auto" w:fill="D9EAD3"/>
            <w:vAlign w:val="center"/>
          </w:tcPr>
          <w:p w14:paraId="3E4DD09B" w14:textId="77777777" w:rsidR="00343C67" w:rsidRDefault="00D775A7">
            <w:r>
              <w:rPr>
                <w:b/>
                <w:sz w:val="18"/>
              </w:rPr>
              <w:t>Name</w:t>
            </w:r>
          </w:p>
        </w:tc>
        <w:tc>
          <w:tcPr>
            <w:tcW w:w="2484" w:type="dxa"/>
            <w:shd w:val="clear" w:color="auto" w:fill="D9EAD3"/>
            <w:vAlign w:val="center"/>
          </w:tcPr>
          <w:p w14:paraId="4A48A832" w14:textId="77777777" w:rsidR="00343C67" w:rsidRDefault="00D775A7">
            <w:r>
              <w:rPr>
                <w:b/>
                <w:sz w:val="18"/>
              </w:rPr>
              <w:t>Date</w:t>
            </w:r>
          </w:p>
        </w:tc>
        <w:tc>
          <w:tcPr>
            <w:tcW w:w="2484" w:type="dxa"/>
            <w:shd w:val="clear" w:color="auto" w:fill="D9EAD3"/>
            <w:vAlign w:val="center"/>
          </w:tcPr>
          <w:p w14:paraId="6069507E" w14:textId="77777777" w:rsidR="00343C67" w:rsidRDefault="00D775A7">
            <w:r>
              <w:rPr>
                <w:b/>
                <w:sz w:val="18"/>
              </w:rPr>
              <w:t>Signature</w:t>
            </w:r>
          </w:p>
        </w:tc>
      </w:tr>
      <w:tr w:rsidR="00343C67" w14:paraId="5ADBD872" w14:textId="77777777">
        <w:trPr>
          <w:jc w:val="center"/>
        </w:trPr>
        <w:tc>
          <w:tcPr>
            <w:tcW w:w="2484" w:type="dxa"/>
            <w:vAlign w:val="center"/>
          </w:tcPr>
          <w:p w14:paraId="4F410B4B" w14:textId="77777777" w:rsidR="00343C67" w:rsidRDefault="00D775A7">
            <w:r>
              <w:rPr>
                <w:sz w:val="17"/>
              </w:rPr>
              <w:t>Chair / Committee</w:t>
            </w:r>
          </w:p>
        </w:tc>
        <w:tc>
          <w:tcPr>
            <w:tcW w:w="2484" w:type="dxa"/>
            <w:vAlign w:val="center"/>
          </w:tcPr>
          <w:p w14:paraId="0D5B09A7" w14:textId="77777777" w:rsidR="00343C67" w:rsidRDefault="00D775A7">
            <w:r>
              <w:rPr>
                <w:sz w:val="17"/>
              </w:rPr>
              <w:t>________________</w:t>
            </w:r>
          </w:p>
        </w:tc>
        <w:tc>
          <w:tcPr>
            <w:tcW w:w="2484" w:type="dxa"/>
            <w:vAlign w:val="center"/>
          </w:tcPr>
          <w:p w14:paraId="788DF121" w14:textId="77777777" w:rsidR="00343C67" w:rsidRDefault="00D775A7">
            <w:r>
              <w:rPr>
                <w:sz w:val="17"/>
              </w:rPr>
              <w:t>____________</w:t>
            </w:r>
          </w:p>
        </w:tc>
        <w:tc>
          <w:tcPr>
            <w:tcW w:w="2484" w:type="dxa"/>
            <w:vAlign w:val="center"/>
          </w:tcPr>
          <w:p w14:paraId="7868784B" w14:textId="77777777" w:rsidR="00343C67" w:rsidRDefault="00D775A7">
            <w:r>
              <w:rPr>
                <w:sz w:val="17"/>
              </w:rPr>
              <w:t>________________</w:t>
            </w:r>
          </w:p>
        </w:tc>
      </w:tr>
      <w:tr w:rsidR="00343C67" w14:paraId="0966501A" w14:textId="77777777">
        <w:trPr>
          <w:jc w:val="center"/>
        </w:trPr>
        <w:tc>
          <w:tcPr>
            <w:tcW w:w="2484" w:type="dxa"/>
            <w:vAlign w:val="center"/>
          </w:tcPr>
          <w:p w14:paraId="3F0B695A" w14:textId="77777777" w:rsidR="00343C67" w:rsidRDefault="00D775A7">
            <w:r>
              <w:rPr>
                <w:sz w:val="17"/>
              </w:rPr>
              <w:t>Co-op Manager</w:t>
            </w:r>
          </w:p>
        </w:tc>
        <w:tc>
          <w:tcPr>
            <w:tcW w:w="2484" w:type="dxa"/>
            <w:vAlign w:val="center"/>
          </w:tcPr>
          <w:p w14:paraId="33D576AA" w14:textId="77777777" w:rsidR="00343C67" w:rsidRDefault="00D775A7">
            <w:r>
              <w:rPr>
                <w:sz w:val="17"/>
              </w:rPr>
              <w:t>________________</w:t>
            </w:r>
          </w:p>
        </w:tc>
        <w:tc>
          <w:tcPr>
            <w:tcW w:w="2484" w:type="dxa"/>
            <w:vAlign w:val="center"/>
          </w:tcPr>
          <w:p w14:paraId="1F3630DA" w14:textId="77777777" w:rsidR="00343C67" w:rsidRDefault="00D775A7">
            <w:r>
              <w:rPr>
                <w:sz w:val="17"/>
              </w:rPr>
              <w:t>____________</w:t>
            </w:r>
          </w:p>
        </w:tc>
        <w:tc>
          <w:tcPr>
            <w:tcW w:w="2484" w:type="dxa"/>
            <w:vAlign w:val="center"/>
          </w:tcPr>
          <w:p w14:paraId="7CFCCD8B" w14:textId="77777777" w:rsidR="00343C67" w:rsidRDefault="00D775A7">
            <w:r>
              <w:rPr>
                <w:sz w:val="17"/>
              </w:rPr>
              <w:t>________________</w:t>
            </w:r>
          </w:p>
        </w:tc>
      </w:tr>
      <w:tr w:rsidR="00343C67" w14:paraId="08376BF8" w14:textId="77777777">
        <w:trPr>
          <w:jc w:val="center"/>
        </w:trPr>
        <w:tc>
          <w:tcPr>
            <w:tcW w:w="2484" w:type="dxa"/>
            <w:vAlign w:val="center"/>
          </w:tcPr>
          <w:p w14:paraId="351B99A3" w14:textId="77777777" w:rsidR="00343C67" w:rsidRDefault="00D775A7">
            <w:r>
              <w:rPr>
                <w:sz w:val="17"/>
              </w:rPr>
              <w:t>PA Housing representative</w:t>
            </w:r>
          </w:p>
        </w:tc>
        <w:tc>
          <w:tcPr>
            <w:tcW w:w="2484" w:type="dxa"/>
            <w:vAlign w:val="center"/>
          </w:tcPr>
          <w:p w14:paraId="7EE1D1C9" w14:textId="77777777" w:rsidR="00343C67" w:rsidRDefault="00D775A7">
            <w:r>
              <w:rPr>
                <w:sz w:val="17"/>
              </w:rPr>
              <w:t>________________</w:t>
            </w:r>
          </w:p>
        </w:tc>
        <w:tc>
          <w:tcPr>
            <w:tcW w:w="2484" w:type="dxa"/>
            <w:vAlign w:val="center"/>
          </w:tcPr>
          <w:p w14:paraId="383A087A" w14:textId="77777777" w:rsidR="00343C67" w:rsidRDefault="00D775A7">
            <w:r>
              <w:rPr>
                <w:sz w:val="17"/>
              </w:rPr>
              <w:t>____________</w:t>
            </w:r>
          </w:p>
        </w:tc>
        <w:tc>
          <w:tcPr>
            <w:tcW w:w="2484" w:type="dxa"/>
            <w:vAlign w:val="center"/>
          </w:tcPr>
          <w:p w14:paraId="2563FEEC" w14:textId="77777777" w:rsidR="00343C67" w:rsidRDefault="00D775A7">
            <w:r>
              <w:rPr>
                <w:sz w:val="17"/>
              </w:rPr>
              <w:t>________________</w:t>
            </w:r>
          </w:p>
        </w:tc>
      </w:tr>
    </w:tbl>
    <w:p w14:paraId="5135C077" w14:textId="77777777" w:rsidR="00D775A7" w:rsidRDefault="00D775A7"/>
    <w:sectPr w:rsidR="00D775A7"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C47BC" w14:textId="77777777" w:rsidR="00410F73" w:rsidRDefault="00410F73">
      <w:pPr>
        <w:spacing w:after="0" w:line="240" w:lineRule="auto"/>
      </w:pPr>
      <w:r>
        <w:separator/>
      </w:r>
    </w:p>
  </w:endnote>
  <w:endnote w:type="continuationSeparator" w:id="0">
    <w:p w14:paraId="1858C06C" w14:textId="77777777" w:rsidR="00410F73" w:rsidRDefault="00410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635B" w14:textId="77777777" w:rsidR="00343C67" w:rsidRDefault="00D775A7">
    <w:pPr>
      <w:pStyle w:val="Footer"/>
      <w:jc w:val="center"/>
    </w:pPr>
    <w:r>
      <w:rPr>
        <w:sz w:val="16"/>
      </w:rPr>
      <w:t xml:space="preserve">Ross Walk Housing Cooperative  •  Asset Management Strategy 2026–2031  •  Page </w:t>
    </w:r>
    <w:r>
      <w:fldChar w:fldCharType="begin"/>
    </w:r>
    <w:r>
      <w:instrText>PAGE</w:instrText>
    </w:r>
    <w:r>
      <w:fldChar w:fldCharType="separate"/>
    </w:r>
    <w:r w:rsidR="00AE4F2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A4568" w14:textId="77777777" w:rsidR="00410F73" w:rsidRDefault="00410F73">
      <w:pPr>
        <w:spacing w:after="0" w:line="240" w:lineRule="auto"/>
      </w:pPr>
      <w:r>
        <w:separator/>
      </w:r>
    </w:p>
  </w:footnote>
  <w:footnote w:type="continuationSeparator" w:id="0">
    <w:p w14:paraId="24E59A92" w14:textId="77777777" w:rsidR="00410F73" w:rsidRDefault="00410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62FC" w14:textId="77777777" w:rsidR="00343C67" w:rsidRDefault="00D775A7">
    <w:pPr>
      <w:pStyle w:val="Header"/>
    </w:pPr>
    <w:r>
      <w:t>ROSS WALK HOUSING COOPERATIVE  |  ASSET MANAGEMENT STRATEGY 2026–2031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0226075">
    <w:abstractNumId w:val="8"/>
  </w:num>
  <w:num w:numId="2" w16cid:durableId="240796639">
    <w:abstractNumId w:val="6"/>
  </w:num>
  <w:num w:numId="3" w16cid:durableId="761530946">
    <w:abstractNumId w:val="5"/>
  </w:num>
  <w:num w:numId="4" w16cid:durableId="658077960">
    <w:abstractNumId w:val="4"/>
  </w:num>
  <w:num w:numId="5" w16cid:durableId="2081443476">
    <w:abstractNumId w:val="7"/>
  </w:num>
  <w:num w:numId="6" w16cid:durableId="1973168757">
    <w:abstractNumId w:val="3"/>
  </w:num>
  <w:num w:numId="7" w16cid:durableId="1307314592">
    <w:abstractNumId w:val="2"/>
  </w:num>
  <w:num w:numId="8" w16cid:durableId="580867005">
    <w:abstractNumId w:val="1"/>
  </w:num>
  <w:num w:numId="9" w16cid:durableId="39505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3C67"/>
    <w:rsid w:val="003A4CAB"/>
    <w:rsid w:val="00410F73"/>
    <w:rsid w:val="004F2874"/>
    <w:rsid w:val="00AA1D8D"/>
    <w:rsid w:val="00AC08B5"/>
    <w:rsid w:val="00AE4F23"/>
    <w:rsid w:val="00B47730"/>
    <w:rsid w:val="00CB0664"/>
    <w:rsid w:val="00D775A7"/>
    <w:rsid w:val="00EA2E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4AB045"/>
  <w14:defaultImageDpi w14:val="300"/>
  <w15:docId w15:val="{E02B782A-E8C8-42F6-ABEF-01F44714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84489F86FAB5448FEE89A0A67DD5E2" ma:contentTypeVersion="18" ma:contentTypeDescription="Create a new document." ma:contentTypeScope="" ma:versionID="3ade7534c95c15c85fe497f943bd9e32">
  <xsd:schema xmlns:xsd="http://www.w3.org/2001/XMLSchema" xmlns:xs="http://www.w3.org/2001/XMLSchema" xmlns:p="http://schemas.microsoft.com/office/2006/metadata/properties" xmlns:ns2="5565df88-3a67-4b32-95aa-b06ab273b5be" xmlns:ns3="ed4a565d-f2e7-4bd7-950e-54e64c2a49d0" targetNamespace="http://schemas.microsoft.com/office/2006/metadata/properties" ma:root="true" ma:fieldsID="c8836c22bcc577585eacdcc3fad408d0" ns2:_="" ns3:_="">
    <xsd:import namespace="5565df88-3a67-4b32-95aa-b06ab273b5be"/>
    <xsd:import namespace="ed4a565d-f2e7-4bd7-950e-54e64c2a49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5df88-3a67-4b32-95aa-b06ab273b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d2010a-2bd4-49b0-b9d3-01ee6d895f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a565d-f2e7-4bd7-950e-54e64c2a49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ec954d-1a18-4042-8819-3899fa96ede4}" ma:internalName="TaxCatchAll" ma:showField="CatchAllData" ma:web="ed4a565d-f2e7-4bd7-950e-54e64c2a4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5df88-3a67-4b32-95aa-b06ab273b5be">
      <Terms xmlns="http://schemas.microsoft.com/office/infopath/2007/PartnerControls"/>
    </lcf76f155ced4ddcb4097134ff3c332f>
    <TaxCatchAll xmlns="ed4a565d-f2e7-4bd7-950e-54e64c2a49d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810EE84-2426-49A6-8556-CE905C0C26AC}"/>
</file>

<file path=customXml/itemProps3.xml><?xml version="1.0" encoding="utf-8"?>
<ds:datastoreItem xmlns:ds="http://schemas.openxmlformats.org/officeDocument/2006/customXml" ds:itemID="{01985E12-2D0C-494D-831F-A76F3B6F3A63}"/>
</file>

<file path=customXml/itemProps4.xml><?xml version="1.0" encoding="utf-8"?>
<ds:datastoreItem xmlns:ds="http://schemas.openxmlformats.org/officeDocument/2006/customXml" ds:itemID="{DC33B026-DFD5-4535-9E93-9BB85100B8C1}"/>
</file>

<file path=docProps/app.xml><?xml version="1.0" encoding="utf-8"?>
<Properties xmlns="http://schemas.openxmlformats.org/officeDocument/2006/extended-properties" xmlns:vt="http://schemas.openxmlformats.org/officeDocument/2006/docPropsVTypes">
  <Template>Normal</Template>
  <TotalTime>7</TotalTime>
  <Pages>7</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Imtiaz Vohra</cp:lastModifiedBy>
  <cp:revision>3</cp:revision>
  <dcterms:created xsi:type="dcterms:W3CDTF">2026-08-11T11:08:00Z</dcterms:created>
  <dcterms:modified xsi:type="dcterms:W3CDTF">2026-08-21T14:28:00Z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7115cb-f18f-4dbb-ae35-65aedbc4ad13_Enabled">
    <vt:lpwstr>true</vt:lpwstr>
  </property>
  <property fmtid="{D5CDD505-2E9C-101B-9397-08002B2CF9AE}" pid="3" name="MSIP_Label_087115cb-f18f-4dbb-ae35-65aedbc4ad13_SetDate">
    <vt:lpwstr>2026-08-11T11:08:27Z</vt:lpwstr>
  </property>
  <property fmtid="{D5CDD505-2E9C-101B-9397-08002B2CF9AE}" pid="4" name="MSIP_Label_087115cb-f18f-4dbb-ae35-65aedbc4ad13_Method">
    <vt:lpwstr>Standard</vt:lpwstr>
  </property>
  <property fmtid="{D5CDD505-2E9C-101B-9397-08002B2CF9AE}" pid="5" name="MSIP_Label_087115cb-f18f-4dbb-ae35-65aedbc4ad13_Name">
    <vt:lpwstr>Internal</vt:lpwstr>
  </property>
  <property fmtid="{D5CDD505-2E9C-101B-9397-08002B2CF9AE}" pid="6" name="MSIP_Label_087115cb-f18f-4dbb-ae35-65aedbc4ad13_SiteId">
    <vt:lpwstr>82bf7383-734e-4fed-badc-fd17fb71c22c</vt:lpwstr>
  </property>
  <property fmtid="{D5CDD505-2E9C-101B-9397-08002B2CF9AE}" pid="7" name="MSIP_Label_087115cb-f18f-4dbb-ae35-65aedbc4ad13_ActionId">
    <vt:lpwstr>79d0368a-2e45-4386-b5e2-745ac6e2e6d0</vt:lpwstr>
  </property>
  <property fmtid="{D5CDD505-2E9C-101B-9397-08002B2CF9AE}" pid="8" name="MSIP_Label_087115cb-f18f-4dbb-ae35-65aedbc4ad13_ContentBits">
    <vt:lpwstr>0</vt:lpwstr>
  </property>
  <property fmtid="{D5CDD505-2E9C-101B-9397-08002B2CF9AE}" pid="9" name="MSIP_Label_087115cb-f18f-4dbb-ae35-65aedbc4ad13_Tag">
    <vt:lpwstr>10, 3, 0, 1</vt:lpwstr>
  </property>
  <property fmtid="{D5CDD505-2E9C-101B-9397-08002B2CF9AE}" pid="10" name="ContentTypeId">
    <vt:lpwstr>0x0101007F84489F86FAB5448FEE89A0A67DD5E2</vt:lpwstr>
  </property>
</Properties>
</file>